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A732DB" w14:textId="3E5539AB" w:rsidR="00725CD2" w:rsidRPr="00382069" w:rsidRDefault="004F0F2D">
      <w:pPr>
        <w:jc w:val="center"/>
        <w:rPr>
          <w:rFonts w:ascii="Arial" w:hAnsi="Arial" w:cs="Arial"/>
          <w:lang w:val="es-CR"/>
        </w:rPr>
      </w:pPr>
      <w:r>
        <w:rPr>
          <w:rFonts w:ascii="Arial" w:hAnsi="Arial" w:cs="Arial"/>
          <w:b/>
          <w:sz w:val="32"/>
          <w:lang w:val="es-CR"/>
        </w:rPr>
        <w:t>E</w:t>
      </w:r>
      <w:r w:rsidRPr="00382069">
        <w:rPr>
          <w:rFonts w:ascii="Arial" w:hAnsi="Arial" w:cs="Arial"/>
          <w:b/>
          <w:sz w:val="32"/>
          <w:lang w:val="es-CR"/>
        </w:rPr>
        <w:t>spacios de lactancia en la Universidad de Costa Rica</w:t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3402"/>
        <w:gridCol w:w="2976"/>
        <w:gridCol w:w="1276"/>
        <w:gridCol w:w="3686"/>
      </w:tblGrid>
      <w:tr w:rsidR="00725CD2" w:rsidRPr="0010156A" w14:paraId="339C3CAB" w14:textId="77777777" w:rsidTr="00D83457">
        <w:tc>
          <w:tcPr>
            <w:tcW w:w="988" w:type="dxa"/>
            <w:shd w:val="clear" w:color="auto" w:fill="0033A0"/>
          </w:tcPr>
          <w:p w14:paraId="1756E775" w14:textId="77777777" w:rsidR="00725CD2" w:rsidRPr="0010156A" w:rsidRDefault="00000000">
            <w:r w:rsidRPr="0010156A">
              <w:rPr>
                <w:b/>
                <w:color w:val="FFFFFF"/>
              </w:rPr>
              <w:t>Finca</w:t>
            </w:r>
          </w:p>
        </w:tc>
        <w:tc>
          <w:tcPr>
            <w:tcW w:w="3402" w:type="dxa"/>
            <w:shd w:val="clear" w:color="auto" w:fill="0033A0"/>
          </w:tcPr>
          <w:p w14:paraId="7BFA3C8E" w14:textId="77777777" w:rsidR="00725CD2" w:rsidRPr="0010156A" w:rsidRDefault="00000000">
            <w:r w:rsidRPr="0010156A">
              <w:rPr>
                <w:b/>
                <w:color w:val="FFFFFF"/>
              </w:rPr>
              <w:t>Unidad</w:t>
            </w:r>
          </w:p>
        </w:tc>
        <w:tc>
          <w:tcPr>
            <w:tcW w:w="2976" w:type="dxa"/>
            <w:shd w:val="clear" w:color="auto" w:fill="0033A0"/>
          </w:tcPr>
          <w:p w14:paraId="49F2179C" w14:textId="77777777" w:rsidR="00725CD2" w:rsidRPr="0010156A" w:rsidRDefault="00000000">
            <w:r w:rsidRPr="0010156A">
              <w:rPr>
                <w:b/>
                <w:color w:val="FFFFFF"/>
              </w:rPr>
              <w:t>Responsable</w:t>
            </w:r>
          </w:p>
        </w:tc>
        <w:tc>
          <w:tcPr>
            <w:tcW w:w="1276" w:type="dxa"/>
            <w:shd w:val="clear" w:color="auto" w:fill="0033A0"/>
          </w:tcPr>
          <w:p w14:paraId="6780979B" w14:textId="77777777" w:rsidR="00725CD2" w:rsidRPr="0010156A" w:rsidRDefault="00000000">
            <w:r w:rsidRPr="0010156A">
              <w:rPr>
                <w:b/>
                <w:color w:val="FFFFFF"/>
              </w:rPr>
              <w:t>Teléfono</w:t>
            </w:r>
          </w:p>
        </w:tc>
        <w:tc>
          <w:tcPr>
            <w:tcW w:w="3686" w:type="dxa"/>
            <w:shd w:val="clear" w:color="auto" w:fill="0033A0"/>
          </w:tcPr>
          <w:p w14:paraId="4B4510A4" w14:textId="77777777" w:rsidR="00725CD2" w:rsidRPr="0010156A" w:rsidRDefault="00000000">
            <w:r w:rsidRPr="0010156A">
              <w:rPr>
                <w:b/>
                <w:color w:val="FFFFFF"/>
              </w:rPr>
              <w:t>Correo</w:t>
            </w:r>
          </w:p>
        </w:tc>
      </w:tr>
      <w:tr w:rsidR="00725CD2" w:rsidRPr="0010156A" w14:paraId="05C37627" w14:textId="77777777" w:rsidTr="00D83457">
        <w:tc>
          <w:tcPr>
            <w:tcW w:w="988" w:type="dxa"/>
          </w:tcPr>
          <w:p w14:paraId="0BD044D7" w14:textId="77777777" w:rsidR="00725CD2" w:rsidRPr="0010156A" w:rsidRDefault="00000000">
            <w:r w:rsidRPr="0010156A">
              <w:t>Finca 1</w:t>
            </w:r>
          </w:p>
        </w:tc>
        <w:tc>
          <w:tcPr>
            <w:tcW w:w="3402" w:type="dxa"/>
          </w:tcPr>
          <w:p w14:paraId="4FEDA1FA" w14:textId="77777777" w:rsidR="00725CD2" w:rsidRPr="0010156A" w:rsidRDefault="00000000">
            <w:r w:rsidRPr="0010156A">
              <w:t>Biblioteca Carlos Monge Alfaro</w:t>
            </w:r>
          </w:p>
        </w:tc>
        <w:tc>
          <w:tcPr>
            <w:tcW w:w="2976" w:type="dxa"/>
          </w:tcPr>
          <w:p w14:paraId="6A6BE4A9" w14:textId="77777777" w:rsidR="00725CD2" w:rsidRPr="0010156A" w:rsidRDefault="00000000">
            <w:r w:rsidRPr="0010156A">
              <w:t>Alexandra Arias Vindas</w:t>
            </w:r>
          </w:p>
        </w:tc>
        <w:tc>
          <w:tcPr>
            <w:tcW w:w="1276" w:type="dxa"/>
          </w:tcPr>
          <w:p w14:paraId="4830165D" w14:textId="77777777" w:rsidR="00725CD2" w:rsidRPr="0010156A" w:rsidRDefault="00000000">
            <w:r w:rsidRPr="0010156A">
              <w:t>2511-6313</w:t>
            </w:r>
          </w:p>
        </w:tc>
        <w:tc>
          <w:tcPr>
            <w:tcW w:w="3686" w:type="dxa"/>
          </w:tcPr>
          <w:p w14:paraId="77D6C7FF" w14:textId="77777777" w:rsidR="00725CD2" w:rsidRPr="0010156A" w:rsidRDefault="00000000">
            <w:r w:rsidRPr="0010156A">
              <w:t>alexandra.arias@ucr.ac.cr</w:t>
            </w:r>
          </w:p>
        </w:tc>
      </w:tr>
      <w:tr w:rsidR="00D83457" w:rsidRPr="0010156A" w14:paraId="34946DA0" w14:textId="77777777" w:rsidTr="00D83457">
        <w:tc>
          <w:tcPr>
            <w:tcW w:w="988" w:type="dxa"/>
            <w:shd w:val="clear" w:color="auto" w:fill="F2F2F2"/>
          </w:tcPr>
          <w:p w14:paraId="67BC6AAE" w14:textId="50B6629C" w:rsidR="00D83457" w:rsidRPr="0010156A" w:rsidRDefault="00D83457" w:rsidP="00D83457">
            <w:r w:rsidRPr="0010156A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42558A53" w14:textId="7FF1D0E0" w:rsidR="00D83457" w:rsidRPr="006B02AE" w:rsidRDefault="00D83457" w:rsidP="00D83457">
            <w:pPr>
              <w:rPr>
                <w:lang w:val="es-CR"/>
              </w:rPr>
            </w:pPr>
            <w:r w:rsidRPr="00D83457">
              <w:rPr>
                <w:lang w:val="es-CR"/>
              </w:rPr>
              <w:t>Biblioteca Luis Demetrio Tinoco-Vicerrectoría de Investigación</w:t>
            </w:r>
          </w:p>
        </w:tc>
        <w:tc>
          <w:tcPr>
            <w:tcW w:w="2976" w:type="dxa"/>
            <w:shd w:val="clear" w:color="auto" w:fill="F2F2F2"/>
          </w:tcPr>
          <w:p w14:paraId="66A86851" w14:textId="7AE70D91" w:rsidR="00D83457" w:rsidRPr="0010156A" w:rsidRDefault="00D83457" w:rsidP="00D83457">
            <w:r w:rsidRPr="0010156A">
              <w:t>Fabián Herrera Céspedes</w:t>
            </w:r>
          </w:p>
        </w:tc>
        <w:tc>
          <w:tcPr>
            <w:tcW w:w="1276" w:type="dxa"/>
            <w:shd w:val="clear" w:color="auto" w:fill="F2F2F2"/>
          </w:tcPr>
          <w:p w14:paraId="65B6E748" w14:textId="0D007EF9" w:rsidR="00D83457" w:rsidRPr="0010156A" w:rsidRDefault="00D83457" w:rsidP="00D83457">
            <w:r w:rsidRPr="0010156A">
              <w:t>2511-1332</w:t>
            </w:r>
          </w:p>
        </w:tc>
        <w:tc>
          <w:tcPr>
            <w:tcW w:w="3686" w:type="dxa"/>
            <w:shd w:val="clear" w:color="auto" w:fill="F2F2F2"/>
          </w:tcPr>
          <w:p w14:paraId="34D398A9" w14:textId="6713BD58" w:rsidR="00D83457" w:rsidRPr="0010156A" w:rsidRDefault="00D83457" w:rsidP="00D83457">
            <w:r w:rsidRPr="0010156A">
              <w:t>fabian.herrera@ucr.ac.cr</w:t>
            </w:r>
          </w:p>
        </w:tc>
      </w:tr>
      <w:tr w:rsidR="00D83457" w:rsidRPr="0010156A" w14:paraId="0FE20728" w14:textId="77777777" w:rsidTr="00D83457">
        <w:trPr>
          <w:trHeight w:val="382"/>
        </w:trPr>
        <w:tc>
          <w:tcPr>
            <w:tcW w:w="988" w:type="dxa"/>
            <w:shd w:val="clear" w:color="auto" w:fill="F2F2F2"/>
          </w:tcPr>
          <w:p w14:paraId="3F3FFBB8" w14:textId="30FF3C58" w:rsidR="00D83457" w:rsidRPr="0010156A" w:rsidRDefault="00D83457" w:rsidP="00D83457">
            <w:r w:rsidRPr="0010156A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14A8AA39" w14:textId="7B53BD38" w:rsidR="00D83457" w:rsidRPr="00D34BC5" w:rsidRDefault="00D83457" w:rsidP="00D83457">
            <w:pPr>
              <w:rPr>
                <w:lang w:val="es-CR"/>
              </w:rPr>
            </w:pPr>
            <w:r w:rsidRPr="006B02AE">
              <w:rPr>
                <w:lang w:val="es-CR"/>
              </w:rPr>
              <w:t>Edificio A</w:t>
            </w:r>
            <w:r>
              <w:rPr>
                <w:lang w:val="es-CR"/>
              </w:rPr>
              <w:t>dministrativo A</w:t>
            </w:r>
          </w:p>
        </w:tc>
        <w:tc>
          <w:tcPr>
            <w:tcW w:w="2976" w:type="dxa"/>
            <w:shd w:val="clear" w:color="auto" w:fill="F2F2F2"/>
          </w:tcPr>
          <w:p w14:paraId="25970129" w14:textId="7CFC941E" w:rsidR="00D83457" w:rsidRPr="0010156A" w:rsidRDefault="00D83457" w:rsidP="00D83457">
            <w:r w:rsidRPr="0010156A">
              <w:t>Marianella Rodríguez Fernández</w:t>
            </w:r>
          </w:p>
        </w:tc>
        <w:tc>
          <w:tcPr>
            <w:tcW w:w="1276" w:type="dxa"/>
            <w:shd w:val="clear" w:color="auto" w:fill="F2F2F2"/>
          </w:tcPr>
          <w:p w14:paraId="2D143B11" w14:textId="00CB3E3C" w:rsidR="00D83457" w:rsidRPr="0010156A" w:rsidRDefault="00D83457" w:rsidP="00D83457">
            <w:r w:rsidRPr="0010156A">
              <w:t>2511-1005</w:t>
            </w:r>
          </w:p>
        </w:tc>
        <w:tc>
          <w:tcPr>
            <w:tcW w:w="3686" w:type="dxa"/>
            <w:shd w:val="clear" w:color="auto" w:fill="F2F2F2"/>
          </w:tcPr>
          <w:p w14:paraId="7C2AC55A" w14:textId="101F36AD" w:rsidR="00D83457" w:rsidRPr="0010156A" w:rsidRDefault="00D83457" w:rsidP="00D83457">
            <w:r w:rsidRPr="0010156A">
              <w:t>marianella.rodriguez_f@ucr.ac.cr</w:t>
            </w:r>
          </w:p>
        </w:tc>
      </w:tr>
      <w:tr w:rsidR="00D83457" w:rsidRPr="0010156A" w14:paraId="097EFCE0" w14:textId="77777777" w:rsidTr="00D83457">
        <w:tc>
          <w:tcPr>
            <w:tcW w:w="988" w:type="dxa"/>
            <w:shd w:val="clear" w:color="auto" w:fill="F2F2F2"/>
          </w:tcPr>
          <w:p w14:paraId="3BF2DFEC" w14:textId="60213594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6F853BD8" w14:textId="242880F5" w:rsidR="00D83457" w:rsidRPr="005963A0" w:rsidRDefault="00D83457" w:rsidP="00D83457">
            <w:r w:rsidRPr="005963A0">
              <w:rPr>
                <w:lang w:val="es-CR"/>
              </w:rPr>
              <w:t>Edificio Administrativo C</w:t>
            </w:r>
          </w:p>
        </w:tc>
        <w:tc>
          <w:tcPr>
            <w:tcW w:w="2976" w:type="dxa"/>
            <w:shd w:val="clear" w:color="auto" w:fill="F2F2F2"/>
          </w:tcPr>
          <w:p w14:paraId="6555C8E0" w14:textId="77777777" w:rsidR="00D83457" w:rsidRPr="005963A0" w:rsidRDefault="00D83457" w:rsidP="00D83457"/>
        </w:tc>
        <w:tc>
          <w:tcPr>
            <w:tcW w:w="1276" w:type="dxa"/>
            <w:shd w:val="clear" w:color="auto" w:fill="F2F2F2"/>
          </w:tcPr>
          <w:p w14:paraId="27081983" w14:textId="77777777" w:rsidR="00D83457" w:rsidRPr="005963A0" w:rsidRDefault="00D83457" w:rsidP="00D83457"/>
        </w:tc>
        <w:tc>
          <w:tcPr>
            <w:tcW w:w="3686" w:type="dxa"/>
            <w:shd w:val="clear" w:color="auto" w:fill="F2F2F2"/>
          </w:tcPr>
          <w:p w14:paraId="7CC76BC9" w14:textId="77777777" w:rsidR="00D83457" w:rsidRPr="005963A0" w:rsidRDefault="00D83457" w:rsidP="00D83457"/>
        </w:tc>
      </w:tr>
      <w:tr w:rsidR="00D83457" w:rsidRPr="0010156A" w14:paraId="0844B8CF" w14:textId="77777777" w:rsidTr="00D83457">
        <w:tc>
          <w:tcPr>
            <w:tcW w:w="988" w:type="dxa"/>
          </w:tcPr>
          <w:p w14:paraId="40128D31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22BF791A" w14:textId="77777777" w:rsidR="00D83457" w:rsidRPr="005963A0" w:rsidRDefault="00D83457" w:rsidP="00D83457">
            <w:r w:rsidRPr="005963A0">
              <w:t>Decanato de Ciencias Económicas</w:t>
            </w:r>
          </w:p>
        </w:tc>
        <w:tc>
          <w:tcPr>
            <w:tcW w:w="2976" w:type="dxa"/>
          </w:tcPr>
          <w:p w14:paraId="2695AE4B" w14:textId="77777777" w:rsidR="00D83457" w:rsidRPr="005963A0" w:rsidRDefault="00D83457" w:rsidP="00D83457">
            <w:r w:rsidRPr="005963A0">
              <w:t>Wendy Sandí Espinoza</w:t>
            </w:r>
          </w:p>
        </w:tc>
        <w:tc>
          <w:tcPr>
            <w:tcW w:w="1276" w:type="dxa"/>
          </w:tcPr>
          <w:p w14:paraId="574C3089" w14:textId="77777777" w:rsidR="00D83457" w:rsidRPr="005963A0" w:rsidRDefault="00D83457" w:rsidP="00D83457">
            <w:r w:rsidRPr="005963A0">
              <w:t>2511-6491</w:t>
            </w:r>
          </w:p>
        </w:tc>
        <w:tc>
          <w:tcPr>
            <w:tcW w:w="3686" w:type="dxa"/>
          </w:tcPr>
          <w:p w14:paraId="20EEE7F0" w14:textId="77777777" w:rsidR="00D83457" w:rsidRPr="005963A0" w:rsidRDefault="00D83457" w:rsidP="00D83457">
            <w:r w:rsidRPr="005963A0">
              <w:t>wendy.sandi@ucr.ac.cr</w:t>
            </w:r>
          </w:p>
        </w:tc>
      </w:tr>
      <w:tr w:rsidR="00D83457" w:rsidRPr="0010156A" w14:paraId="58BF180C" w14:textId="77777777" w:rsidTr="00D83457">
        <w:tc>
          <w:tcPr>
            <w:tcW w:w="988" w:type="dxa"/>
            <w:shd w:val="clear" w:color="auto" w:fill="F2F2F2"/>
          </w:tcPr>
          <w:p w14:paraId="4F728FC6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79029011" w14:textId="77777777" w:rsidR="00D83457" w:rsidRPr="005963A0" w:rsidRDefault="00D83457" w:rsidP="00D83457">
            <w:r w:rsidRPr="005963A0">
              <w:t>Decanato Facultad de Letras</w:t>
            </w:r>
          </w:p>
        </w:tc>
        <w:tc>
          <w:tcPr>
            <w:tcW w:w="2976" w:type="dxa"/>
            <w:shd w:val="clear" w:color="auto" w:fill="F2F2F2"/>
          </w:tcPr>
          <w:p w14:paraId="725DE704" w14:textId="77777777" w:rsidR="00D83457" w:rsidRPr="005963A0" w:rsidRDefault="00D83457" w:rsidP="00D83457">
            <w:r w:rsidRPr="005963A0">
              <w:t>Gloriana Solano López</w:t>
            </w:r>
          </w:p>
        </w:tc>
        <w:tc>
          <w:tcPr>
            <w:tcW w:w="1276" w:type="dxa"/>
            <w:shd w:val="clear" w:color="auto" w:fill="F2F2F2"/>
          </w:tcPr>
          <w:p w14:paraId="177474A0" w14:textId="77777777" w:rsidR="00D83457" w:rsidRPr="005963A0" w:rsidRDefault="00D83457" w:rsidP="00D83457">
            <w:r w:rsidRPr="005963A0">
              <w:t>2511-8376</w:t>
            </w:r>
          </w:p>
        </w:tc>
        <w:tc>
          <w:tcPr>
            <w:tcW w:w="3686" w:type="dxa"/>
            <w:shd w:val="clear" w:color="auto" w:fill="F2F2F2"/>
          </w:tcPr>
          <w:p w14:paraId="69AACE74" w14:textId="77777777" w:rsidR="00D83457" w:rsidRPr="005963A0" w:rsidRDefault="00D83457" w:rsidP="00D83457">
            <w:r w:rsidRPr="005963A0">
              <w:t>gloriana.solanolopez@ucr.ac.cr</w:t>
            </w:r>
          </w:p>
        </w:tc>
      </w:tr>
      <w:tr w:rsidR="00D83457" w:rsidRPr="0010156A" w14:paraId="505DEF32" w14:textId="77777777" w:rsidTr="00D83457">
        <w:tc>
          <w:tcPr>
            <w:tcW w:w="988" w:type="dxa"/>
          </w:tcPr>
          <w:p w14:paraId="2C08432A" w14:textId="40F98CF6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54057640" w14:textId="56B5821D" w:rsidR="00D83457" w:rsidRPr="005963A0" w:rsidRDefault="00D83457" w:rsidP="00D83457">
            <w:r w:rsidRPr="005963A0">
              <w:t>Escuela de Estudios Generales</w:t>
            </w:r>
          </w:p>
        </w:tc>
        <w:tc>
          <w:tcPr>
            <w:tcW w:w="2976" w:type="dxa"/>
          </w:tcPr>
          <w:p w14:paraId="709666D7" w14:textId="77777777" w:rsidR="00D83457" w:rsidRPr="005963A0" w:rsidRDefault="00D83457" w:rsidP="00D83457"/>
        </w:tc>
        <w:tc>
          <w:tcPr>
            <w:tcW w:w="1276" w:type="dxa"/>
          </w:tcPr>
          <w:p w14:paraId="54F42E08" w14:textId="77777777" w:rsidR="00D83457" w:rsidRPr="005963A0" w:rsidRDefault="00D83457" w:rsidP="00D83457"/>
        </w:tc>
        <w:tc>
          <w:tcPr>
            <w:tcW w:w="3686" w:type="dxa"/>
          </w:tcPr>
          <w:p w14:paraId="3696C059" w14:textId="77777777" w:rsidR="00D83457" w:rsidRPr="005963A0" w:rsidRDefault="00D83457" w:rsidP="00D83457"/>
        </w:tc>
      </w:tr>
      <w:tr w:rsidR="00D83457" w:rsidRPr="00E22C1F" w14:paraId="3D19A918" w14:textId="77777777" w:rsidTr="00D83457">
        <w:tc>
          <w:tcPr>
            <w:tcW w:w="988" w:type="dxa"/>
          </w:tcPr>
          <w:p w14:paraId="49E0FBBE" w14:textId="2D6C418A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572680AA" w14:textId="1F89859D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Escuela de Formación Docente, Departamento de Preescolar</w:t>
            </w:r>
          </w:p>
        </w:tc>
        <w:tc>
          <w:tcPr>
            <w:tcW w:w="2976" w:type="dxa"/>
          </w:tcPr>
          <w:p w14:paraId="7B22CF06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</w:tcPr>
          <w:p w14:paraId="016D0E26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</w:tcPr>
          <w:p w14:paraId="4FC469BF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10156A" w14:paraId="620F8644" w14:textId="77777777" w:rsidTr="00D83457">
        <w:tc>
          <w:tcPr>
            <w:tcW w:w="988" w:type="dxa"/>
          </w:tcPr>
          <w:p w14:paraId="360A7162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49AC7B17" w14:textId="77777777" w:rsidR="00D83457" w:rsidRPr="005963A0" w:rsidRDefault="00D83457" w:rsidP="00D83457">
            <w:r w:rsidRPr="005963A0">
              <w:t>Escuela de Artes Musicales</w:t>
            </w:r>
          </w:p>
        </w:tc>
        <w:tc>
          <w:tcPr>
            <w:tcW w:w="2976" w:type="dxa"/>
          </w:tcPr>
          <w:p w14:paraId="78FB0DEC" w14:textId="77777777" w:rsidR="00D83457" w:rsidRPr="005963A0" w:rsidRDefault="00D83457" w:rsidP="00D83457">
            <w:r w:rsidRPr="005963A0">
              <w:t>Deyanara Chacón Cruz</w:t>
            </w:r>
          </w:p>
        </w:tc>
        <w:tc>
          <w:tcPr>
            <w:tcW w:w="1276" w:type="dxa"/>
          </w:tcPr>
          <w:p w14:paraId="52521E81" w14:textId="77777777" w:rsidR="00D83457" w:rsidRPr="005963A0" w:rsidRDefault="00D83457" w:rsidP="00D83457">
            <w:r w:rsidRPr="005963A0">
              <w:t>2511-8540</w:t>
            </w:r>
          </w:p>
        </w:tc>
        <w:tc>
          <w:tcPr>
            <w:tcW w:w="3686" w:type="dxa"/>
          </w:tcPr>
          <w:p w14:paraId="336919CC" w14:textId="77777777" w:rsidR="00D83457" w:rsidRPr="005963A0" w:rsidRDefault="00D83457" w:rsidP="00D83457">
            <w:r w:rsidRPr="005963A0">
              <w:t>deyanara.chacon@ucr.ac.cr</w:t>
            </w:r>
          </w:p>
        </w:tc>
      </w:tr>
      <w:tr w:rsidR="00D83457" w:rsidRPr="0010156A" w14:paraId="1D221AB0" w14:textId="77777777" w:rsidTr="00D83457">
        <w:tc>
          <w:tcPr>
            <w:tcW w:w="988" w:type="dxa"/>
            <w:shd w:val="clear" w:color="auto" w:fill="F2F2F2"/>
          </w:tcPr>
          <w:p w14:paraId="089ED2C5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500890E7" w14:textId="77777777" w:rsidR="00D83457" w:rsidRPr="005963A0" w:rsidRDefault="00D83457" w:rsidP="00D83457">
            <w:r w:rsidRPr="005963A0">
              <w:t>Escuela de Biología</w:t>
            </w:r>
          </w:p>
        </w:tc>
        <w:tc>
          <w:tcPr>
            <w:tcW w:w="2976" w:type="dxa"/>
            <w:shd w:val="clear" w:color="auto" w:fill="F2F2F2"/>
          </w:tcPr>
          <w:p w14:paraId="73ABD6BD" w14:textId="77777777" w:rsidR="00D83457" w:rsidRPr="005963A0" w:rsidRDefault="00D83457" w:rsidP="00D83457">
            <w:r w:rsidRPr="005963A0">
              <w:t>Viviana Lang dos Santos</w:t>
            </w:r>
          </w:p>
        </w:tc>
        <w:tc>
          <w:tcPr>
            <w:tcW w:w="1276" w:type="dxa"/>
            <w:shd w:val="clear" w:color="auto" w:fill="F2F2F2"/>
          </w:tcPr>
          <w:p w14:paraId="225A1549" w14:textId="77777777" w:rsidR="00D83457" w:rsidRPr="005963A0" w:rsidRDefault="00D83457" w:rsidP="00D83457">
            <w:r w:rsidRPr="005963A0">
              <w:t>2511-8652</w:t>
            </w:r>
          </w:p>
        </w:tc>
        <w:tc>
          <w:tcPr>
            <w:tcW w:w="3686" w:type="dxa"/>
            <w:shd w:val="clear" w:color="auto" w:fill="F2F2F2"/>
          </w:tcPr>
          <w:p w14:paraId="74EF5879" w14:textId="77777777" w:rsidR="00D83457" w:rsidRPr="005963A0" w:rsidRDefault="00D83457" w:rsidP="00D83457">
            <w:r w:rsidRPr="005963A0">
              <w:t>recepcion.biologia@ucr.ac.cr</w:t>
            </w:r>
          </w:p>
        </w:tc>
      </w:tr>
      <w:tr w:rsidR="00D83457" w:rsidRPr="0010156A" w14:paraId="6B13AD24" w14:textId="77777777" w:rsidTr="00D83457">
        <w:tc>
          <w:tcPr>
            <w:tcW w:w="988" w:type="dxa"/>
          </w:tcPr>
          <w:p w14:paraId="406687D0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3875010B" w14:textId="77777777" w:rsidR="00D83457" w:rsidRPr="005963A0" w:rsidRDefault="00D83457" w:rsidP="00D83457">
            <w:r w:rsidRPr="005963A0">
              <w:t>Escuela de Química</w:t>
            </w:r>
          </w:p>
        </w:tc>
        <w:tc>
          <w:tcPr>
            <w:tcW w:w="2976" w:type="dxa"/>
          </w:tcPr>
          <w:p w14:paraId="7BB5CB99" w14:textId="77777777" w:rsidR="00D83457" w:rsidRPr="005963A0" w:rsidRDefault="00D83457" w:rsidP="00D83457">
            <w:r w:rsidRPr="005963A0">
              <w:t>Luis Alonso Mesén Jiménez</w:t>
            </w:r>
          </w:p>
        </w:tc>
        <w:tc>
          <w:tcPr>
            <w:tcW w:w="1276" w:type="dxa"/>
          </w:tcPr>
          <w:p w14:paraId="0850AD2A" w14:textId="77777777" w:rsidR="00D83457" w:rsidRPr="005963A0" w:rsidRDefault="00D83457" w:rsidP="00D83457">
            <w:r w:rsidRPr="005963A0">
              <w:t>2511-8501</w:t>
            </w:r>
          </w:p>
        </w:tc>
        <w:tc>
          <w:tcPr>
            <w:tcW w:w="3686" w:type="dxa"/>
          </w:tcPr>
          <w:p w14:paraId="1A0FCC0C" w14:textId="77777777" w:rsidR="00D83457" w:rsidRPr="005963A0" w:rsidRDefault="00D83457" w:rsidP="00D83457">
            <w:r w:rsidRPr="005963A0">
              <w:t>jefaturaadministrativa.eq@ucr.ac.cr</w:t>
            </w:r>
          </w:p>
        </w:tc>
      </w:tr>
      <w:tr w:rsidR="00D83457" w:rsidRPr="0010156A" w14:paraId="272FAB66" w14:textId="77777777" w:rsidTr="00D83457">
        <w:tc>
          <w:tcPr>
            <w:tcW w:w="988" w:type="dxa"/>
            <w:shd w:val="clear" w:color="auto" w:fill="F2F2F2"/>
          </w:tcPr>
          <w:p w14:paraId="6CE6348A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567A72B7" w14:textId="77777777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Escuela de Tecnologías en Salud</w:t>
            </w:r>
          </w:p>
        </w:tc>
        <w:tc>
          <w:tcPr>
            <w:tcW w:w="2976" w:type="dxa"/>
            <w:shd w:val="clear" w:color="auto" w:fill="F2F2F2"/>
          </w:tcPr>
          <w:p w14:paraId="328FB591" w14:textId="77777777" w:rsidR="00D83457" w:rsidRPr="005963A0" w:rsidRDefault="00D83457" w:rsidP="00D83457">
            <w:r w:rsidRPr="005963A0">
              <w:t>Paula Montero Vargas</w:t>
            </w:r>
          </w:p>
        </w:tc>
        <w:tc>
          <w:tcPr>
            <w:tcW w:w="1276" w:type="dxa"/>
            <w:shd w:val="clear" w:color="auto" w:fill="F2F2F2"/>
          </w:tcPr>
          <w:p w14:paraId="4E354268" w14:textId="77777777" w:rsidR="00D83457" w:rsidRPr="005963A0" w:rsidRDefault="00D83457" w:rsidP="00D83457">
            <w:r w:rsidRPr="005963A0">
              <w:t>2511-8463</w:t>
            </w:r>
          </w:p>
        </w:tc>
        <w:tc>
          <w:tcPr>
            <w:tcW w:w="3686" w:type="dxa"/>
            <w:shd w:val="clear" w:color="auto" w:fill="F2F2F2"/>
          </w:tcPr>
          <w:p w14:paraId="6C417B9A" w14:textId="77777777" w:rsidR="00D83457" w:rsidRPr="005963A0" w:rsidRDefault="00D83457" w:rsidP="00D83457">
            <w:r w:rsidRPr="005963A0">
              <w:t>paula.montero@ucr.ac.cr</w:t>
            </w:r>
          </w:p>
        </w:tc>
      </w:tr>
      <w:tr w:rsidR="00D83457" w:rsidRPr="00E22C1F" w14:paraId="4FD20995" w14:textId="77777777" w:rsidTr="00D83457">
        <w:tc>
          <w:tcPr>
            <w:tcW w:w="988" w:type="dxa"/>
            <w:shd w:val="clear" w:color="auto" w:fill="F2F2F2"/>
          </w:tcPr>
          <w:p w14:paraId="519B70BD" w14:textId="570891B9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5340EBDC" w14:textId="30E0D069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Centro Nacional de Ciencia y Tecnología de Alimentos (CITA)</w:t>
            </w:r>
          </w:p>
        </w:tc>
        <w:tc>
          <w:tcPr>
            <w:tcW w:w="2976" w:type="dxa"/>
            <w:shd w:val="clear" w:color="auto" w:fill="F2F2F2"/>
          </w:tcPr>
          <w:p w14:paraId="7CA531A8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  <w:shd w:val="clear" w:color="auto" w:fill="F2F2F2"/>
          </w:tcPr>
          <w:p w14:paraId="686EF8F5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  <w:shd w:val="clear" w:color="auto" w:fill="F2F2F2"/>
          </w:tcPr>
          <w:p w14:paraId="0451C3D2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10156A" w14:paraId="277D2C37" w14:textId="77777777" w:rsidTr="00D83457">
        <w:tc>
          <w:tcPr>
            <w:tcW w:w="988" w:type="dxa"/>
          </w:tcPr>
          <w:p w14:paraId="6ACF239F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2796741D" w14:textId="47A4CC7C" w:rsidR="00D83457" w:rsidRPr="005963A0" w:rsidRDefault="00D83457" w:rsidP="00D83457">
            <w:r w:rsidRPr="005963A0">
              <w:t>Facultad de Ciencias Agroalimentarias</w:t>
            </w:r>
          </w:p>
        </w:tc>
        <w:tc>
          <w:tcPr>
            <w:tcW w:w="2976" w:type="dxa"/>
          </w:tcPr>
          <w:p w14:paraId="51F13EFF" w14:textId="77777777" w:rsidR="00D83457" w:rsidRPr="005963A0" w:rsidRDefault="00D83457" w:rsidP="00D83457">
            <w:r w:rsidRPr="005963A0">
              <w:t>Cindy Araya Nuñez</w:t>
            </w:r>
          </w:p>
        </w:tc>
        <w:tc>
          <w:tcPr>
            <w:tcW w:w="1276" w:type="dxa"/>
          </w:tcPr>
          <w:p w14:paraId="2F0A9AE6" w14:textId="77777777" w:rsidR="00D83457" w:rsidRPr="005963A0" w:rsidRDefault="00D83457" w:rsidP="00D83457">
            <w:r w:rsidRPr="005963A0">
              <w:t>2511-8774</w:t>
            </w:r>
          </w:p>
        </w:tc>
        <w:tc>
          <w:tcPr>
            <w:tcW w:w="3686" w:type="dxa"/>
          </w:tcPr>
          <w:p w14:paraId="44E5305D" w14:textId="77777777" w:rsidR="00D83457" w:rsidRPr="005963A0" w:rsidRDefault="00D83457" w:rsidP="00D83457">
            <w:r w:rsidRPr="005963A0">
              <w:t>cindy.arayanunez@ucr.ac.cr</w:t>
            </w:r>
          </w:p>
        </w:tc>
      </w:tr>
      <w:tr w:rsidR="00D83457" w:rsidRPr="0010156A" w14:paraId="267D4D3A" w14:textId="77777777" w:rsidTr="00D83457">
        <w:tc>
          <w:tcPr>
            <w:tcW w:w="988" w:type="dxa"/>
            <w:shd w:val="clear" w:color="auto" w:fill="F2F2F2"/>
          </w:tcPr>
          <w:p w14:paraId="0815F7F3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4DD5E112" w14:textId="77777777" w:rsidR="00D83457" w:rsidRPr="005963A0" w:rsidRDefault="00D83457" w:rsidP="00D83457">
            <w:r w:rsidRPr="005963A0">
              <w:t>Facultad de Derecho</w:t>
            </w:r>
          </w:p>
        </w:tc>
        <w:tc>
          <w:tcPr>
            <w:tcW w:w="2976" w:type="dxa"/>
            <w:shd w:val="clear" w:color="auto" w:fill="F2F2F2"/>
          </w:tcPr>
          <w:p w14:paraId="2128476F" w14:textId="77777777" w:rsidR="00D83457" w:rsidRPr="005963A0" w:rsidRDefault="00D83457" w:rsidP="00D83457">
            <w:r w:rsidRPr="005963A0">
              <w:t>Gustavo Pérez Astorga</w:t>
            </w:r>
          </w:p>
        </w:tc>
        <w:tc>
          <w:tcPr>
            <w:tcW w:w="1276" w:type="dxa"/>
            <w:shd w:val="clear" w:color="auto" w:fill="F2F2F2"/>
          </w:tcPr>
          <w:p w14:paraId="21492346" w14:textId="77777777" w:rsidR="00D83457" w:rsidRPr="005963A0" w:rsidRDefault="00D83457" w:rsidP="00D83457">
            <w:r w:rsidRPr="005963A0">
              <w:t>2511-1522</w:t>
            </w:r>
          </w:p>
        </w:tc>
        <w:tc>
          <w:tcPr>
            <w:tcW w:w="3686" w:type="dxa"/>
            <w:shd w:val="clear" w:color="auto" w:fill="F2F2F2"/>
          </w:tcPr>
          <w:p w14:paraId="0DDB05E1" w14:textId="77777777" w:rsidR="00D83457" w:rsidRPr="005963A0" w:rsidRDefault="00D83457" w:rsidP="00D83457">
            <w:r w:rsidRPr="005963A0">
              <w:t>gustavo.perezastorga@ucr.ac.cr</w:t>
            </w:r>
          </w:p>
        </w:tc>
      </w:tr>
      <w:tr w:rsidR="00D83457" w:rsidRPr="0010156A" w14:paraId="6EF3FCAD" w14:textId="77777777" w:rsidTr="00D83457">
        <w:tc>
          <w:tcPr>
            <w:tcW w:w="988" w:type="dxa"/>
          </w:tcPr>
          <w:p w14:paraId="30085E4C" w14:textId="777777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4C16543D" w14:textId="77777777" w:rsidR="00D83457" w:rsidRPr="005963A0" w:rsidRDefault="00D83457" w:rsidP="00D83457">
            <w:r w:rsidRPr="005963A0">
              <w:t>Facultad de Educación</w:t>
            </w:r>
          </w:p>
        </w:tc>
        <w:tc>
          <w:tcPr>
            <w:tcW w:w="2976" w:type="dxa"/>
          </w:tcPr>
          <w:p w14:paraId="0FAA7EB5" w14:textId="77777777" w:rsidR="00D83457" w:rsidRPr="005963A0" w:rsidRDefault="00D83457" w:rsidP="00D83457">
            <w:r w:rsidRPr="005963A0">
              <w:t>Andrea Vega Alvarado</w:t>
            </w:r>
          </w:p>
        </w:tc>
        <w:tc>
          <w:tcPr>
            <w:tcW w:w="1276" w:type="dxa"/>
          </w:tcPr>
          <w:p w14:paraId="1ACB915D" w14:textId="77777777" w:rsidR="00D83457" w:rsidRPr="005963A0" w:rsidRDefault="00D83457" w:rsidP="00D83457">
            <w:r w:rsidRPr="005963A0">
              <w:t>2511-8901</w:t>
            </w:r>
          </w:p>
        </w:tc>
        <w:tc>
          <w:tcPr>
            <w:tcW w:w="3686" w:type="dxa"/>
          </w:tcPr>
          <w:p w14:paraId="0E946BB0" w14:textId="77777777" w:rsidR="00D83457" w:rsidRPr="005963A0" w:rsidRDefault="00D83457" w:rsidP="00D83457">
            <w:r w:rsidRPr="005963A0">
              <w:t>andrea.vega@ucr.ac.cr</w:t>
            </w:r>
          </w:p>
        </w:tc>
      </w:tr>
      <w:tr w:rsidR="00D83457" w:rsidRPr="0010156A" w14:paraId="31E53DAF" w14:textId="77777777" w:rsidTr="00D83457">
        <w:tc>
          <w:tcPr>
            <w:tcW w:w="988" w:type="dxa"/>
          </w:tcPr>
          <w:p w14:paraId="67B799E9" w14:textId="7D73F4DF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09986913" w14:textId="44FCB4EC" w:rsidR="00D83457" w:rsidRPr="005963A0" w:rsidRDefault="00D83457" w:rsidP="00D83457">
            <w:r w:rsidRPr="005963A0">
              <w:t>Facultad de Medicina</w:t>
            </w:r>
          </w:p>
        </w:tc>
        <w:tc>
          <w:tcPr>
            <w:tcW w:w="2976" w:type="dxa"/>
          </w:tcPr>
          <w:p w14:paraId="3703A0D2" w14:textId="77777777" w:rsidR="00D83457" w:rsidRPr="005963A0" w:rsidRDefault="00D83457" w:rsidP="00D83457"/>
        </w:tc>
        <w:tc>
          <w:tcPr>
            <w:tcW w:w="1276" w:type="dxa"/>
          </w:tcPr>
          <w:p w14:paraId="213D647E" w14:textId="77777777" w:rsidR="00D83457" w:rsidRPr="005963A0" w:rsidRDefault="00D83457" w:rsidP="00D83457"/>
        </w:tc>
        <w:tc>
          <w:tcPr>
            <w:tcW w:w="3686" w:type="dxa"/>
          </w:tcPr>
          <w:p w14:paraId="4B450532" w14:textId="77777777" w:rsidR="00D83457" w:rsidRPr="005963A0" w:rsidRDefault="00D83457" w:rsidP="00D83457"/>
        </w:tc>
      </w:tr>
      <w:tr w:rsidR="00D83457" w:rsidRPr="0010156A" w14:paraId="0691684D" w14:textId="77777777" w:rsidTr="00D83457">
        <w:tc>
          <w:tcPr>
            <w:tcW w:w="988" w:type="dxa"/>
            <w:shd w:val="clear" w:color="auto" w:fill="F2F2F2"/>
          </w:tcPr>
          <w:p w14:paraId="21316C77" w14:textId="01DB4326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001ACF33" w14:textId="6D133313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Laboratorio de Ensayos Biológicos (LEBI)</w:t>
            </w:r>
          </w:p>
        </w:tc>
        <w:tc>
          <w:tcPr>
            <w:tcW w:w="2976" w:type="dxa"/>
            <w:shd w:val="clear" w:color="auto" w:fill="F2F2F2"/>
          </w:tcPr>
          <w:p w14:paraId="1F8B9353" w14:textId="00B5ED10" w:rsidR="00D83457" w:rsidRPr="005963A0" w:rsidRDefault="00D83457" w:rsidP="00D83457">
            <w:r w:rsidRPr="005963A0">
              <w:t>Freddy Arias Mora</w:t>
            </w:r>
          </w:p>
        </w:tc>
        <w:tc>
          <w:tcPr>
            <w:tcW w:w="1276" w:type="dxa"/>
            <w:shd w:val="clear" w:color="auto" w:fill="F2F2F2"/>
          </w:tcPr>
          <w:p w14:paraId="489F88AE" w14:textId="5E543FC6" w:rsidR="00D83457" w:rsidRPr="005963A0" w:rsidRDefault="00D83457" w:rsidP="00D83457">
            <w:r w:rsidRPr="005963A0">
              <w:t>2511-8350</w:t>
            </w:r>
          </w:p>
        </w:tc>
        <w:tc>
          <w:tcPr>
            <w:tcW w:w="3686" w:type="dxa"/>
            <w:shd w:val="clear" w:color="auto" w:fill="F2F2F2"/>
          </w:tcPr>
          <w:p w14:paraId="2B4B65E9" w14:textId="611F7B47" w:rsidR="00D83457" w:rsidRPr="005963A0" w:rsidRDefault="00D83457" w:rsidP="00D83457">
            <w:r w:rsidRPr="005963A0">
              <w:t>freddy.arias_m@ucr.ac.cr</w:t>
            </w:r>
          </w:p>
        </w:tc>
      </w:tr>
      <w:tr w:rsidR="00D83457" w:rsidRPr="00E22C1F" w14:paraId="103CE852" w14:textId="77777777" w:rsidTr="00D83457">
        <w:tc>
          <w:tcPr>
            <w:tcW w:w="988" w:type="dxa"/>
          </w:tcPr>
          <w:p w14:paraId="3699211F" w14:textId="1346127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2B986AB8" w14:textId="023F1EB3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Antigua Facultad de Odontología (Posgrado)</w:t>
            </w:r>
          </w:p>
        </w:tc>
        <w:tc>
          <w:tcPr>
            <w:tcW w:w="2976" w:type="dxa"/>
          </w:tcPr>
          <w:p w14:paraId="1142E120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</w:tcPr>
          <w:p w14:paraId="4DC338A7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</w:tcPr>
          <w:p w14:paraId="55614911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D34BC5" w14:paraId="6C4B2813" w14:textId="77777777" w:rsidTr="00D83457">
        <w:tc>
          <w:tcPr>
            <w:tcW w:w="988" w:type="dxa"/>
          </w:tcPr>
          <w:p w14:paraId="5F2373A0" w14:textId="099686B9" w:rsidR="00D83457" w:rsidRPr="005963A0" w:rsidRDefault="00D83457" w:rsidP="00D83457">
            <w:r w:rsidRPr="005963A0">
              <w:lastRenderedPageBreak/>
              <w:t>Finca 1</w:t>
            </w:r>
          </w:p>
        </w:tc>
        <w:tc>
          <w:tcPr>
            <w:tcW w:w="3402" w:type="dxa"/>
          </w:tcPr>
          <w:p w14:paraId="6E17A7ED" w14:textId="59248CAE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Edificio Saprissa</w:t>
            </w:r>
          </w:p>
        </w:tc>
        <w:tc>
          <w:tcPr>
            <w:tcW w:w="2976" w:type="dxa"/>
          </w:tcPr>
          <w:p w14:paraId="1C921108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</w:tcPr>
          <w:p w14:paraId="2AA422F8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</w:tcPr>
          <w:p w14:paraId="75DE4D5F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D34BC5" w14:paraId="3AA7060B" w14:textId="77777777" w:rsidTr="00D83457">
        <w:tc>
          <w:tcPr>
            <w:tcW w:w="988" w:type="dxa"/>
          </w:tcPr>
          <w:p w14:paraId="135AFE7C" w14:textId="0A80C066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24E18A7A" w14:textId="527A1C42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Reserva Biológica Leonel Oviedo</w:t>
            </w:r>
          </w:p>
        </w:tc>
        <w:tc>
          <w:tcPr>
            <w:tcW w:w="2976" w:type="dxa"/>
          </w:tcPr>
          <w:p w14:paraId="7B8A4355" w14:textId="4C0BC0B3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</w:tcPr>
          <w:p w14:paraId="02460BFE" w14:textId="73EC51D1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</w:tcPr>
          <w:p w14:paraId="5446C958" w14:textId="2858DB93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10156A" w14:paraId="3669E873" w14:textId="77777777" w:rsidTr="00D83457">
        <w:tc>
          <w:tcPr>
            <w:tcW w:w="988" w:type="dxa"/>
            <w:shd w:val="clear" w:color="auto" w:fill="F2F2F2"/>
          </w:tcPr>
          <w:p w14:paraId="349FB302" w14:textId="6A030327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2F2F2"/>
          </w:tcPr>
          <w:p w14:paraId="6DA3137D" w14:textId="699D936D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Radioemisoras UCR</w:t>
            </w:r>
          </w:p>
        </w:tc>
        <w:tc>
          <w:tcPr>
            <w:tcW w:w="2976" w:type="dxa"/>
            <w:shd w:val="clear" w:color="auto" w:fill="F2F2F2"/>
          </w:tcPr>
          <w:p w14:paraId="242F925B" w14:textId="5C9D2133" w:rsidR="00D83457" w:rsidRPr="005963A0" w:rsidRDefault="00D83457" w:rsidP="00D83457"/>
        </w:tc>
        <w:tc>
          <w:tcPr>
            <w:tcW w:w="1276" w:type="dxa"/>
            <w:shd w:val="clear" w:color="auto" w:fill="F2F2F2"/>
          </w:tcPr>
          <w:p w14:paraId="500E6EEB" w14:textId="744A2C94" w:rsidR="00D83457" w:rsidRPr="005963A0" w:rsidRDefault="00D83457" w:rsidP="00D83457"/>
        </w:tc>
        <w:tc>
          <w:tcPr>
            <w:tcW w:w="3686" w:type="dxa"/>
            <w:shd w:val="clear" w:color="auto" w:fill="F2F2F2"/>
          </w:tcPr>
          <w:p w14:paraId="54C2209C" w14:textId="11CCAE5F" w:rsidR="00D83457" w:rsidRPr="005963A0" w:rsidRDefault="00D83457" w:rsidP="00D83457"/>
        </w:tc>
      </w:tr>
      <w:tr w:rsidR="00D83457" w:rsidRPr="0010156A" w14:paraId="659740CF" w14:textId="77777777" w:rsidTr="00D83457">
        <w:tc>
          <w:tcPr>
            <w:tcW w:w="988" w:type="dxa"/>
            <w:shd w:val="clear" w:color="auto" w:fill="FFFFFF" w:themeFill="background1"/>
          </w:tcPr>
          <w:p w14:paraId="327A0B8A" w14:textId="104B3C88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  <w:shd w:val="clear" w:color="auto" w:fill="FFFFFF" w:themeFill="background1"/>
          </w:tcPr>
          <w:p w14:paraId="0F197E35" w14:textId="315DF3FD" w:rsidR="00D83457" w:rsidRPr="005963A0" w:rsidRDefault="00D83457" w:rsidP="00D83457">
            <w:pPr>
              <w:rPr>
                <w:lang w:val="es-CR"/>
              </w:rPr>
            </w:pPr>
            <w:r w:rsidRPr="005963A0">
              <w:t>Oficina de Comunicación Institucional</w:t>
            </w:r>
          </w:p>
        </w:tc>
        <w:tc>
          <w:tcPr>
            <w:tcW w:w="2976" w:type="dxa"/>
            <w:shd w:val="clear" w:color="auto" w:fill="FFFFFF" w:themeFill="background1"/>
          </w:tcPr>
          <w:p w14:paraId="600B7F42" w14:textId="7C660ECB" w:rsidR="00D83457" w:rsidRPr="005963A0" w:rsidRDefault="00D83457" w:rsidP="00D83457">
            <w:r w:rsidRPr="005963A0">
              <w:t>Ashley Matarrita Orozco</w:t>
            </w:r>
          </w:p>
        </w:tc>
        <w:tc>
          <w:tcPr>
            <w:tcW w:w="1276" w:type="dxa"/>
            <w:shd w:val="clear" w:color="auto" w:fill="FFFFFF" w:themeFill="background1"/>
          </w:tcPr>
          <w:p w14:paraId="341DF62C" w14:textId="7252726F" w:rsidR="00D83457" w:rsidRPr="005963A0" w:rsidRDefault="00D83457" w:rsidP="00D83457">
            <w:r w:rsidRPr="005963A0">
              <w:t>2511-1197</w:t>
            </w:r>
          </w:p>
        </w:tc>
        <w:tc>
          <w:tcPr>
            <w:tcW w:w="3686" w:type="dxa"/>
            <w:shd w:val="clear" w:color="auto" w:fill="FFFFFF" w:themeFill="background1"/>
          </w:tcPr>
          <w:p w14:paraId="7C79BEBD" w14:textId="5FFD13B8" w:rsidR="00D83457" w:rsidRPr="005963A0" w:rsidRDefault="00D83457" w:rsidP="00D83457">
            <w:r w:rsidRPr="005963A0">
              <w:t>ashley.matarrita@ucr.ac.cr</w:t>
            </w:r>
          </w:p>
        </w:tc>
      </w:tr>
      <w:tr w:rsidR="00D83457" w:rsidRPr="0010156A" w14:paraId="31633F8D" w14:textId="77777777" w:rsidTr="00D83457">
        <w:tc>
          <w:tcPr>
            <w:tcW w:w="988" w:type="dxa"/>
          </w:tcPr>
          <w:p w14:paraId="18074D36" w14:textId="568C9423" w:rsidR="00D83457" w:rsidRPr="005963A0" w:rsidRDefault="00D83457" w:rsidP="00D83457">
            <w:r w:rsidRPr="005963A0">
              <w:t>Finca 1</w:t>
            </w:r>
          </w:p>
        </w:tc>
        <w:tc>
          <w:tcPr>
            <w:tcW w:w="3402" w:type="dxa"/>
          </w:tcPr>
          <w:p w14:paraId="6B29C464" w14:textId="6A1BDDD3" w:rsidR="00D83457" w:rsidRPr="005963A0" w:rsidRDefault="00D83457" w:rsidP="00D83457">
            <w:r w:rsidRPr="005963A0">
              <w:t>CICAP</w:t>
            </w:r>
          </w:p>
        </w:tc>
        <w:tc>
          <w:tcPr>
            <w:tcW w:w="2976" w:type="dxa"/>
          </w:tcPr>
          <w:p w14:paraId="3C601DE0" w14:textId="4A19E30F" w:rsidR="00D83457" w:rsidRPr="005963A0" w:rsidRDefault="00D83457" w:rsidP="00D83457">
            <w:r w:rsidRPr="005963A0">
              <w:t>Gina Valverde Díaz</w:t>
            </w:r>
          </w:p>
        </w:tc>
        <w:tc>
          <w:tcPr>
            <w:tcW w:w="1276" w:type="dxa"/>
          </w:tcPr>
          <w:p w14:paraId="4E66E36E" w14:textId="5E289681" w:rsidR="00D83457" w:rsidRPr="005963A0" w:rsidRDefault="00D83457" w:rsidP="00D83457">
            <w:r w:rsidRPr="005963A0">
              <w:t>2511-3709</w:t>
            </w:r>
          </w:p>
        </w:tc>
        <w:tc>
          <w:tcPr>
            <w:tcW w:w="3686" w:type="dxa"/>
          </w:tcPr>
          <w:p w14:paraId="5C2FD09F" w14:textId="5622CDD2" w:rsidR="00D83457" w:rsidRPr="005963A0" w:rsidRDefault="00D83457" w:rsidP="00D83457">
            <w:r w:rsidRPr="005963A0">
              <w:t>gina.valverde@ucr.ac.cr</w:t>
            </w:r>
          </w:p>
        </w:tc>
      </w:tr>
      <w:tr w:rsidR="00D83457" w:rsidRPr="0010156A" w14:paraId="59AEB04D" w14:textId="77777777" w:rsidTr="00D83457">
        <w:tc>
          <w:tcPr>
            <w:tcW w:w="988" w:type="dxa"/>
            <w:shd w:val="clear" w:color="auto" w:fill="F2F2F2"/>
          </w:tcPr>
          <w:p w14:paraId="4789CB41" w14:textId="6897C69D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  <w:shd w:val="clear" w:color="auto" w:fill="F2F2F2"/>
          </w:tcPr>
          <w:p w14:paraId="0C475DF3" w14:textId="21AB5698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Centro de Investigación en Estudios de la Mujer (CIEM)</w:t>
            </w:r>
          </w:p>
        </w:tc>
        <w:tc>
          <w:tcPr>
            <w:tcW w:w="2976" w:type="dxa"/>
            <w:shd w:val="clear" w:color="auto" w:fill="F2F2F2"/>
          </w:tcPr>
          <w:p w14:paraId="28EBE4E2" w14:textId="4525CBBA" w:rsidR="00D83457" w:rsidRPr="005963A0" w:rsidRDefault="00D83457" w:rsidP="00D83457">
            <w:r w:rsidRPr="005963A0">
              <w:t>Sandra María Umaña Solano</w:t>
            </w:r>
          </w:p>
        </w:tc>
        <w:tc>
          <w:tcPr>
            <w:tcW w:w="1276" w:type="dxa"/>
            <w:shd w:val="clear" w:color="auto" w:fill="F2F2F2"/>
          </w:tcPr>
          <w:p w14:paraId="7CB86F04" w14:textId="5605757C" w:rsidR="00D83457" w:rsidRPr="005963A0" w:rsidRDefault="00D83457" w:rsidP="00D83457">
            <w:r w:rsidRPr="005963A0">
              <w:t>2511-1953</w:t>
            </w:r>
          </w:p>
        </w:tc>
        <w:tc>
          <w:tcPr>
            <w:tcW w:w="3686" w:type="dxa"/>
            <w:shd w:val="clear" w:color="auto" w:fill="F2F2F2"/>
          </w:tcPr>
          <w:p w14:paraId="4A87E024" w14:textId="2A790ADD" w:rsidR="00D83457" w:rsidRPr="005963A0" w:rsidRDefault="00D83457" w:rsidP="00D83457">
            <w:r w:rsidRPr="005963A0">
              <w:t>sandra.umanasolano@ucr.ac.cr</w:t>
            </w:r>
          </w:p>
        </w:tc>
      </w:tr>
      <w:tr w:rsidR="00D83457" w:rsidRPr="0010156A" w14:paraId="2DE780FA" w14:textId="77777777" w:rsidTr="00D83457">
        <w:tc>
          <w:tcPr>
            <w:tcW w:w="988" w:type="dxa"/>
          </w:tcPr>
          <w:p w14:paraId="1DAE510B" w14:textId="00A27A95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4367C905" w14:textId="744565BD" w:rsidR="00D83457" w:rsidRPr="005963A0" w:rsidRDefault="00D83457" w:rsidP="00D83457">
            <w:pPr>
              <w:rPr>
                <w:lang w:val="es-CR"/>
              </w:rPr>
            </w:pPr>
            <w:r w:rsidRPr="005963A0">
              <w:t>Decanato de Ciencias Sociales</w:t>
            </w:r>
          </w:p>
        </w:tc>
        <w:tc>
          <w:tcPr>
            <w:tcW w:w="2976" w:type="dxa"/>
          </w:tcPr>
          <w:p w14:paraId="7F979D3A" w14:textId="255D0C08" w:rsidR="00D83457" w:rsidRPr="005963A0" w:rsidRDefault="00D83457" w:rsidP="00D83457">
            <w:r w:rsidRPr="005963A0">
              <w:t>Ángela Sáenz Chévez</w:t>
            </w:r>
          </w:p>
        </w:tc>
        <w:tc>
          <w:tcPr>
            <w:tcW w:w="1276" w:type="dxa"/>
          </w:tcPr>
          <w:p w14:paraId="7677C728" w14:textId="7DA36465" w:rsidR="00D83457" w:rsidRPr="005963A0" w:rsidRDefault="00D83457" w:rsidP="00D83457">
            <w:r w:rsidRPr="005963A0">
              <w:t>2511-6399</w:t>
            </w:r>
          </w:p>
        </w:tc>
        <w:tc>
          <w:tcPr>
            <w:tcW w:w="3686" w:type="dxa"/>
          </w:tcPr>
          <w:p w14:paraId="6C204AEE" w14:textId="004F8090" w:rsidR="00D83457" w:rsidRPr="005963A0" w:rsidRDefault="00D83457" w:rsidP="00D83457">
            <w:r w:rsidRPr="005963A0">
              <w:t>angela.saenz@ucr.ac.cr</w:t>
            </w:r>
          </w:p>
        </w:tc>
      </w:tr>
      <w:tr w:rsidR="00D83457" w:rsidRPr="0010156A" w14:paraId="1DCD0FA9" w14:textId="77777777" w:rsidTr="00D83457">
        <w:tc>
          <w:tcPr>
            <w:tcW w:w="988" w:type="dxa"/>
            <w:shd w:val="clear" w:color="auto" w:fill="F2F2F2"/>
          </w:tcPr>
          <w:p w14:paraId="254BBBAE" w14:textId="0503D02F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  <w:shd w:val="clear" w:color="auto" w:fill="F2F2F2"/>
          </w:tcPr>
          <w:p w14:paraId="656BD947" w14:textId="25728F09" w:rsidR="00D83457" w:rsidRPr="005963A0" w:rsidRDefault="00D83457" w:rsidP="00D83457">
            <w:r w:rsidRPr="005963A0">
              <w:t>Escuela de Nutrición</w:t>
            </w:r>
          </w:p>
        </w:tc>
        <w:tc>
          <w:tcPr>
            <w:tcW w:w="2976" w:type="dxa"/>
            <w:shd w:val="clear" w:color="auto" w:fill="F2F2F2"/>
          </w:tcPr>
          <w:p w14:paraId="757B552D" w14:textId="50D0EE9A" w:rsidR="00D83457" w:rsidRPr="005963A0" w:rsidRDefault="00D83457" w:rsidP="00D83457">
            <w:r w:rsidRPr="005963A0">
              <w:t>Marisol Ureña Vargas</w:t>
            </w:r>
          </w:p>
        </w:tc>
        <w:tc>
          <w:tcPr>
            <w:tcW w:w="1276" w:type="dxa"/>
            <w:shd w:val="clear" w:color="auto" w:fill="F2F2F2"/>
          </w:tcPr>
          <w:p w14:paraId="177F9E21" w14:textId="7A5E667B" w:rsidR="00D83457" w:rsidRPr="005963A0" w:rsidRDefault="00D83457" w:rsidP="00D83457">
            <w:r w:rsidRPr="005963A0">
              <w:t>2511-2181</w:t>
            </w:r>
          </w:p>
        </w:tc>
        <w:tc>
          <w:tcPr>
            <w:tcW w:w="3686" w:type="dxa"/>
            <w:shd w:val="clear" w:color="auto" w:fill="F2F2F2"/>
          </w:tcPr>
          <w:p w14:paraId="15E2185B" w14:textId="128E630A" w:rsidR="00D83457" w:rsidRPr="005963A0" w:rsidRDefault="00D83457" w:rsidP="00D83457">
            <w:r w:rsidRPr="005963A0">
              <w:t>marisol.urena@ucr.ac.cr</w:t>
            </w:r>
          </w:p>
        </w:tc>
      </w:tr>
      <w:tr w:rsidR="00D83457" w:rsidRPr="0010156A" w14:paraId="200D05F2" w14:textId="77777777" w:rsidTr="00D83457">
        <w:tc>
          <w:tcPr>
            <w:tcW w:w="988" w:type="dxa"/>
          </w:tcPr>
          <w:p w14:paraId="5EDE8D80" w14:textId="7B7A2EE7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1AE74FCE" w14:textId="19663D92" w:rsidR="00D83457" w:rsidRPr="005963A0" w:rsidRDefault="00D83457" w:rsidP="00D83457">
            <w:r w:rsidRPr="005963A0">
              <w:t>Escuela de Salud Pública</w:t>
            </w:r>
          </w:p>
        </w:tc>
        <w:tc>
          <w:tcPr>
            <w:tcW w:w="2976" w:type="dxa"/>
          </w:tcPr>
          <w:p w14:paraId="36ED3F51" w14:textId="0254C204" w:rsidR="00D83457" w:rsidRPr="005963A0" w:rsidRDefault="00D83457" w:rsidP="00D83457">
            <w:r w:rsidRPr="005963A0">
              <w:t>Marco Aurelio Brenes Arroyo</w:t>
            </w:r>
          </w:p>
        </w:tc>
        <w:tc>
          <w:tcPr>
            <w:tcW w:w="1276" w:type="dxa"/>
          </w:tcPr>
          <w:p w14:paraId="46A2EA15" w14:textId="08A3BADE" w:rsidR="00D83457" w:rsidRPr="005963A0" w:rsidRDefault="00D83457" w:rsidP="00D83457">
            <w:r w:rsidRPr="005963A0">
              <w:t>2511-4456</w:t>
            </w:r>
          </w:p>
        </w:tc>
        <w:tc>
          <w:tcPr>
            <w:tcW w:w="3686" w:type="dxa"/>
          </w:tcPr>
          <w:p w14:paraId="72FAF16E" w14:textId="0C449EF6" w:rsidR="00D83457" w:rsidRPr="005963A0" w:rsidRDefault="00D83457" w:rsidP="00D83457">
            <w:r w:rsidRPr="005963A0">
              <w:t>marco.brenes@ucr.ac.cr</w:t>
            </w:r>
          </w:p>
        </w:tc>
      </w:tr>
      <w:tr w:rsidR="00D83457" w:rsidRPr="00E22C1F" w14:paraId="72E0C6B4" w14:textId="77777777" w:rsidTr="00D83457">
        <w:tc>
          <w:tcPr>
            <w:tcW w:w="988" w:type="dxa"/>
            <w:shd w:val="clear" w:color="auto" w:fill="F2F2F2"/>
          </w:tcPr>
          <w:p w14:paraId="2EA9C77E" w14:textId="3F92F257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  <w:shd w:val="clear" w:color="auto" w:fill="F2F2F2"/>
          </w:tcPr>
          <w:p w14:paraId="4256F78D" w14:textId="11ED8D1F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Facultad de Ingeniería, Laboratorio de Docencia</w:t>
            </w:r>
          </w:p>
        </w:tc>
        <w:tc>
          <w:tcPr>
            <w:tcW w:w="2976" w:type="dxa"/>
            <w:shd w:val="clear" w:color="auto" w:fill="F2F2F2"/>
          </w:tcPr>
          <w:p w14:paraId="1D63C0B4" w14:textId="7AC5658E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  <w:shd w:val="clear" w:color="auto" w:fill="F2F2F2"/>
          </w:tcPr>
          <w:p w14:paraId="16E4831F" w14:textId="40C5AE88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  <w:shd w:val="clear" w:color="auto" w:fill="F2F2F2"/>
          </w:tcPr>
          <w:p w14:paraId="57870BE9" w14:textId="5C122FEE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10156A" w14:paraId="1523FD5E" w14:textId="77777777" w:rsidTr="00D83457">
        <w:tc>
          <w:tcPr>
            <w:tcW w:w="988" w:type="dxa"/>
          </w:tcPr>
          <w:p w14:paraId="3433D829" w14:textId="73E62E3F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43F85E9B" w14:textId="054E97B4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Instituto de Investigaciones en Ingeniería</w:t>
            </w:r>
          </w:p>
        </w:tc>
        <w:tc>
          <w:tcPr>
            <w:tcW w:w="2976" w:type="dxa"/>
          </w:tcPr>
          <w:p w14:paraId="2A52459D" w14:textId="331E7B94" w:rsidR="00D83457" w:rsidRPr="005963A0" w:rsidRDefault="00D83457" w:rsidP="00D83457">
            <w:r w:rsidRPr="005963A0">
              <w:t>Ingrid Montero Molina</w:t>
            </w:r>
          </w:p>
        </w:tc>
        <w:tc>
          <w:tcPr>
            <w:tcW w:w="1276" w:type="dxa"/>
          </w:tcPr>
          <w:p w14:paraId="314561B1" w14:textId="3377B688" w:rsidR="00D83457" w:rsidRPr="005963A0" w:rsidRDefault="00D83457" w:rsidP="00D83457">
            <w:r w:rsidRPr="005963A0">
              <w:t>2511-6637</w:t>
            </w:r>
          </w:p>
        </w:tc>
        <w:tc>
          <w:tcPr>
            <w:tcW w:w="3686" w:type="dxa"/>
          </w:tcPr>
          <w:p w14:paraId="4DC18BFB" w14:textId="12A24A1D" w:rsidR="00D83457" w:rsidRPr="005963A0" w:rsidRDefault="00D83457" w:rsidP="00D83457">
            <w:r w:rsidRPr="005963A0">
              <w:t>ingrid.montero@ucr.ac.cr</w:t>
            </w:r>
          </w:p>
        </w:tc>
      </w:tr>
      <w:tr w:rsidR="00D83457" w:rsidRPr="0010156A" w14:paraId="2B4A7DF8" w14:textId="77777777" w:rsidTr="00D83457">
        <w:tc>
          <w:tcPr>
            <w:tcW w:w="988" w:type="dxa"/>
            <w:shd w:val="clear" w:color="auto" w:fill="F2F2F2"/>
          </w:tcPr>
          <w:p w14:paraId="20BBC92E" w14:textId="3695E6A9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  <w:shd w:val="clear" w:color="auto" w:fill="F2F2F2"/>
          </w:tcPr>
          <w:p w14:paraId="5F21AEDE" w14:textId="2FBEC0EE" w:rsidR="00D83457" w:rsidRPr="005963A0" w:rsidRDefault="00D83457" w:rsidP="00D83457">
            <w:pPr>
              <w:rPr>
                <w:lang w:val="es-CR"/>
              </w:rPr>
            </w:pPr>
            <w:r w:rsidRPr="005963A0">
              <w:t>LanammeUCR</w:t>
            </w:r>
          </w:p>
        </w:tc>
        <w:tc>
          <w:tcPr>
            <w:tcW w:w="2976" w:type="dxa"/>
            <w:shd w:val="clear" w:color="auto" w:fill="F2F2F2"/>
          </w:tcPr>
          <w:p w14:paraId="2A3E6D97" w14:textId="43FC34A4" w:rsidR="00D83457" w:rsidRPr="005963A0" w:rsidRDefault="00D83457" w:rsidP="00D83457">
            <w:r w:rsidRPr="005963A0">
              <w:t>José Pablo Sibaja Saborío</w:t>
            </w:r>
          </w:p>
        </w:tc>
        <w:tc>
          <w:tcPr>
            <w:tcW w:w="1276" w:type="dxa"/>
            <w:shd w:val="clear" w:color="auto" w:fill="F2F2F2"/>
          </w:tcPr>
          <w:p w14:paraId="37FF05C2" w14:textId="3D7C4AAD" w:rsidR="00D83457" w:rsidRPr="005963A0" w:rsidRDefault="00D83457" w:rsidP="00D83457">
            <w:r w:rsidRPr="005963A0">
              <w:t>2511-2504</w:t>
            </w:r>
          </w:p>
        </w:tc>
        <w:tc>
          <w:tcPr>
            <w:tcW w:w="3686" w:type="dxa"/>
            <w:shd w:val="clear" w:color="auto" w:fill="F2F2F2"/>
          </w:tcPr>
          <w:p w14:paraId="4D8CBD64" w14:textId="6449932E" w:rsidR="00D83457" w:rsidRPr="005963A0" w:rsidRDefault="00D83457" w:rsidP="00D83457">
            <w:r w:rsidRPr="005963A0">
              <w:t>jose.sibaja@ucr.ac.cr</w:t>
            </w:r>
          </w:p>
        </w:tc>
      </w:tr>
      <w:tr w:rsidR="00D83457" w:rsidRPr="0010156A" w14:paraId="11776C7A" w14:textId="77777777" w:rsidTr="00D83457">
        <w:tc>
          <w:tcPr>
            <w:tcW w:w="988" w:type="dxa"/>
          </w:tcPr>
          <w:p w14:paraId="63CF685C" w14:textId="7D7E93A0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26E38663" w14:textId="53A1308B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Edificio de Educación Continua</w:t>
            </w:r>
          </w:p>
        </w:tc>
        <w:tc>
          <w:tcPr>
            <w:tcW w:w="2976" w:type="dxa"/>
          </w:tcPr>
          <w:p w14:paraId="01A74C33" w14:textId="1C6A26D1" w:rsidR="00D83457" w:rsidRPr="005963A0" w:rsidRDefault="00D83457" w:rsidP="00D83457">
            <w:r w:rsidRPr="005963A0">
              <w:t>Dorys Mercado Calero</w:t>
            </w:r>
          </w:p>
        </w:tc>
        <w:tc>
          <w:tcPr>
            <w:tcW w:w="1276" w:type="dxa"/>
          </w:tcPr>
          <w:p w14:paraId="0A22F7E7" w14:textId="2F5FE516" w:rsidR="00D83457" w:rsidRPr="005963A0" w:rsidRDefault="00D83457" w:rsidP="00D83457">
            <w:r w:rsidRPr="005963A0">
              <w:t>2511-4311</w:t>
            </w:r>
          </w:p>
        </w:tc>
        <w:tc>
          <w:tcPr>
            <w:tcW w:w="3686" w:type="dxa"/>
          </w:tcPr>
          <w:p w14:paraId="7A8D154F" w14:textId="0CE44993" w:rsidR="00D83457" w:rsidRPr="005963A0" w:rsidRDefault="00D83457" w:rsidP="00D83457">
            <w:r w:rsidRPr="005963A0">
              <w:t>dorys.mercado@ucr.ac.cr</w:t>
            </w:r>
          </w:p>
        </w:tc>
      </w:tr>
      <w:tr w:rsidR="00D83457" w:rsidRPr="00E22C1F" w14:paraId="3031E1E6" w14:textId="77777777" w:rsidTr="00D83457">
        <w:tc>
          <w:tcPr>
            <w:tcW w:w="988" w:type="dxa"/>
            <w:shd w:val="clear" w:color="auto" w:fill="F2F2F2" w:themeFill="background1" w:themeFillShade="F2"/>
          </w:tcPr>
          <w:p w14:paraId="71066CCA" w14:textId="1B6A0509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  <w:shd w:val="clear" w:color="auto" w:fill="F2F2F2" w:themeFill="background1" w:themeFillShade="F2"/>
          </w:tcPr>
          <w:p w14:paraId="1E887393" w14:textId="00CF2421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Instituto de Investigaciones en Salud (INISA)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14:paraId="73C6A158" w14:textId="25A9BE30" w:rsidR="00D83457" w:rsidRPr="005963A0" w:rsidRDefault="00D83457" w:rsidP="00D83457">
            <w:pPr>
              <w:rPr>
                <w:lang w:val="es-CR"/>
              </w:rPr>
            </w:pPr>
            <w:r w:rsidRPr="005963A0">
              <w:t>Anthony Ramírez González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2628B018" w14:textId="7BF1F3C1" w:rsidR="00D83457" w:rsidRPr="005963A0" w:rsidRDefault="00D83457" w:rsidP="00D83457">
            <w:pPr>
              <w:rPr>
                <w:lang w:val="es-CR"/>
              </w:rPr>
            </w:pPr>
            <w:r w:rsidRPr="005963A0">
              <w:t>2511-2120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01F85DC4" w14:textId="0C2120ED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anthony.ramirez@ucr.ac.cr</w:t>
            </w:r>
          </w:p>
        </w:tc>
      </w:tr>
      <w:tr w:rsidR="00D83457" w:rsidRPr="00E22C1F" w14:paraId="3BAAF0C9" w14:textId="77777777" w:rsidTr="00D83457">
        <w:tc>
          <w:tcPr>
            <w:tcW w:w="988" w:type="dxa"/>
          </w:tcPr>
          <w:p w14:paraId="07316F58" w14:textId="1DF0AB2D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0E893194" w14:textId="26C4A91D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Centro de Investigaciones Agronómicas (CIA)</w:t>
            </w:r>
          </w:p>
        </w:tc>
        <w:tc>
          <w:tcPr>
            <w:tcW w:w="2976" w:type="dxa"/>
          </w:tcPr>
          <w:p w14:paraId="403FAD7E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</w:tcPr>
          <w:p w14:paraId="65EF937D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</w:tcPr>
          <w:p w14:paraId="32F9FEA6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E22C1F" w14:paraId="053532BA" w14:textId="77777777" w:rsidTr="00D83457">
        <w:tc>
          <w:tcPr>
            <w:tcW w:w="988" w:type="dxa"/>
            <w:shd w:val="clear" w:color="auto" w:fill="F2F2F2" w:themeFill="background1" w:themeFillShade="F2"/>
          </w:tcPr>
          <w:p w14:paraId="471211E4" w14:textId="0538C2D6" w:rsidR="00D83457" w:rsidRPr="005963A0" w:rsidRDefault="00D83457" w:rsidP="00D83457">
            <w:r w:rsidRPr="005963A0">
              <w:t xml:space="preserve">Finca </w:t>
            </w:r>
            <w:r w:rsidR="00A9436B" w:rsidRPr="005963A0">
              <w:t>2</w:t>
            </w:r>
          </w:p>
        </w:tc>
        <w:tc>
          <w:tcPr>
            <w:tcW w:w="3402" w:type="dxa"/>
            <w:shd w:val="clear" w:color="auto" w:fill="F2F2F2" w:themeFill="background1" w:themeFillShade="F2"/>
          </w:tcPr>
          <w:p w14:paraId="1B453531" w14:textId="61988FF4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Centro de Investigación en Contaminación Ambiental (CICA)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14:paraId="491658B7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1276" w:type="dxa"/>
            <w:shd w:val="clear" w:color="auto" w:fill="F2F2F2" w:themeFill="background1" w:themeFillShade="F2"/>
          </w:tcPr>
          <w:p w14:paraId="79563BFE" w14:textId="77777777" w:rsidR="00D83457" w:rsidRPr="005963A0" w:rsidRDefault="00D83457" w:rsidP="00D83457">
            <w:pPr>
              <w:rPr>
                <w:lang w:val="es-CR"/>
              </w:rPr>
            </w:pPr>
          </w:p>
        </w:tc>
        <w:tc>
          <w:tcPr>
            <w:tcW w:w="3686" w:type="dxa"/>
            <w:shd w:val="clear" w:color="auto" w:fill="F2F2F2" w:themeFill="background1" w:themeFillShade="F2"/>
          </w:tcPr>
          <w:p w14:paraId="7C488577" w14:textId="77777777" w:rsidR="00D83457" w:rsidRPr="005963A0" w:rsidRDefault="00D83457" w:rsidP="00D83457">
            <w:pPr>
              <w:rPr>
                <w:lang w:val="es-CR"/>
              </w:rPr>
            </w:pPr>
          </w:p>
        </w:tc>
      </w:tr>
      <w:tr w:rsidR="00D83457" w:rsidRPr="0010156A" w14:paraId="5FE4D7CF" w14:textId="77777777" w:rsidTr="00D83457">
        <w:tc>
          <w:tcPr>
            <w:tcW w:w="988" w:type="dxa"/>
          </w:tcPr>
          <w:p w14:paraId="22B0ECF6" w14:textId="3250F8BC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787F5F7F" w14:textId="37517BA9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Centro Infantil Laboratorio (CIL)</w:t>
            </w:r>
          </w:p>
        </w:tc>
        <w:tc>
          <w:tcPr>
            <w:tcW w:w="2976" w:type="dxa"/>
          </w:tcPr>
          <w:p w14:paraId="497F8BF0" w14:textId="77777777" w:rsidR="00D83457" w:rsidRPr="005963A0" w:rsidRDefault="00D83457" w:rsidP="00D83457"/>
        </w:tc>
        <w:tc>
          <w:tcPr>
            <w:tcW w:w="1276" w:type="dxa"/>
          </w:tcPr>
          <w:p w14:paraId="3D285951" w14:textId="77777777" w:rsidR="00D83457" w:rsidRPr="005963A0" w:rsidRDefault="00D83457" w:rsidP="00D83457"/>
        </w:tc>
        <w:tc>
          <w:tcPr>
            <w:tcW w:w="3686" w:type="dxa"/>
          </w:tcPr>
          <w:p w14:paraId="4FF75E2E" w14:textId="77777777" w:rsidR="00D83457" w:rsidRPr="005963A0" w:rsidRDefault="00D83457" w:rsidP="00D83457"/>
        </w:tc>
      </w:tr>
      <w:tr w:rsidR="00D83457" w:rsidRPr="0010156A" w14:paraId="772502CA" w14:textId="77777777" w:rsidTr="00D83457">
        <w:tc>
          <w:tcPr>
            <w:tcW w:w="988" w:type="dxa"/>
          </w:tcPr>
          <w:p w14:paraId="60594FC1" w14:textId="4DF315A3" w:rsidR="00D83457" w:rsidRPr="005963A0" w:rsidRDefault="00D83457" w:rsidP="00D83457">
            <w:r w:rsidRPr="005963A0">
              <w:t>Finca 2</w:t>
            </w:r>
          </w:p>
        </w:tc>
        <w:tc>
          <w:tcPr>
            <w:tcW w:w="3402" w:type="dxa"/>
          </w:tcPr>
          <w:p w14:paraId="5D559B0B" w14:textId="54493805" w:rsidR="00D83457" w:rsidRPr="005963A0" w:rsidRDefault="00D83457" w:rsidP="00D83457">
            <w:pPr>
              <w:rPr>
                <w:lang w:val="es-CR"/>
              </w:rPr>
            </w:pPr>
            <w:r w:rsidRPr="005963A0">
              <w:rPr>
                <w:lang w:val="es-CR"/>
              </w:rPr>
              <w:t>Casa Infantil Universitaria (CIU)</w:t>
            </w:r>
          </w:p>
        </w:tc>
        <w:tc>
          <w:tcPr>
            <w:tcW w:w="2976" w:type="dxa"/>
          </w:tcPr>
          <w:p w14:paraId="3829DF78" w14:textId="77777777" w:rsidR="00D83457" w:rsidRPr="005963A0" w:rsidRDefault="00D83457" w:rsidP="00D83457"/>
        </w:tc>
        <w:tc>
          <w:tcPr>
            <w:tcW w:w="1276" w:type="dxa"/>
          </w:tcPr>
          <w:p w14:paraId="396EDCB4" w14:textId="77777777" w:rsidR="00D83457" w:rsidRPr="005963A0" w:rsidRDefault="00D83457" w:rsidP="00D83457"/>
        </w:tc>
        <w:tc>
          <w:tcPr>
            <w:tcW w:w="3686" w:type="dxa"/>
          </w:tcPr>
          <w:p w14:paraId="6D15C49F" w14:textId="77777777" w:rsidR="00D83457" w:rsidRPr="005963A0" w:rsidRDefault="00D83457" w:rsidP="00D83457"/>
        </w:tc>
      </w:tr>
      <w:tr w:rsidR="00D83457" w:rsidRPr="0010156A" w14:paraId="6BA95A9B" w14:textId="77777777" w:rsidTr="00D83457">
        <w:tc>
          <w:tcPr>
            <w:tcW w:w="988" w:type="dxa"/>
            <w:shd w:val="clear" w:color="auto" w:fill="F2F2F2"/>
          </w:tcPr>
          <w:p w14:paraId="2D894E6D" w14:textId="0B085A32" w:rsidR="00D83457" w:rsidRPr="0010156A" w:rsidRDefault="00D83457" w:rsidP="00D83457">
            <w:r w:rsidRPr="0010156A">
              <w:t xml:space="preserve">Finca </w:t>
            </w:r>
            <w:r>
              <w:t>3</w:t>
            </w:r>
          </w:p>
        </w:tc>
        <w:tc>
          <w:tcPr>
            <w:tcW w:w="3402" w:type="dxa"/>
            <w:shd w:val="clear" w:color="auto" w:fill="F2F2F2"/>
          </w:tcPr>
          <w:p w14:paraId="079277BB" w14:textId="5A78F240" w:rsidR="00D83457" w:rsidRPr="00935496" w:rsidRDefault="00D83457" w:rsidP="00D83457">
            <w:r w:rsidRPr="0010156A">
              <w:t>Facultad de Odontología</w:t>
            </w:r>
          </w:p>
        </w:tc>
        <w:tc>
          <w:tcPr>
            <w:tcW w:w="2976" w:type="dxa"/>
            <w:shd w:val="clear" w:color="auto" w:fill="F2F2F2"/>
          </w:tcPr>
          <w:p w14:paraId="1907E307" w14:textId="6CF26307" w:rsidR="00D83457" w:rsidRPr="0010156A" w:rsidRDefault="00D83457" w:rsidP="00D83457">
            <w:r w:rsidRPr="0010156A">
              <w:t>Juany Varela Muñoz</w:t>
            </w:r>
          </w:p>
        </w:tc>
        <w:tc>
          <w:tcPr>
            <w:tcW w:w="1276" w:type="dxa"/>
            <w:shd w:val="clear" w:color="auto" w:fill="F2F2F2"/>
          </w:tcPr>
          <w:p w14:paraId="5E9D4FD2" w14:textId="29CE0552" w:rsidR="00D83457" w:rsidRPr="0010156A" w:rsidRDefault="00D83457" w:rsidP="00D83457">
            <w:r w:rsidRPr="0010156A">
              <w:t>2511-8084</w:t>
            </w:r>
          </w:p>
        </w:tc>
        <w:tc>
          <w:tcPr>
            <w:tcW w:w="3686" w:type="dxa"/>
            <w:shd w:val="clear" w:color="auto" w:fill="F2F2F2"/>
          </w:tcPr>
          <w:p w14:paraId="540C01AE" w14:textId="5FAEE557" w:rsidR="00D83457" w:rsidRPr="0010156A" w:rsidRDefault="00D83457" w:rsidP="00D83457">
            <w:r w:rsidRPr="0010156A">
              <w:t>juany.varela@ucr.ac.cr</w:t>
            </w:r>
          </w:p>
        </w:tc>
      </w:tr>
      <w:tr w:rsidR="00D83457" w:rsidRPr="0010156A" w14:paraId="57D18D05" w14:textId="77777777" w:rsidTr="00D83457">
        <w:tc>
          <w:tcPr>
            <w:tcW w:w="988" w:type="dxa"/>
          </w:tcPr>
          <w:p w14:paraId="5B05E9D0" w14:textId="77777777" w:rsidR="00D83457" w:rsidRPr="0010156A" w:rsidRDefault="00D83457" w:rsidP="00D83457">
            <w:r w:rsidRPr="0010156A">
              <w:t>Finca 3</w:t>
            </w:r>
          </w:p>
        </w:tc>
        <w:tc>
          <w:tcPr>
            <w:tcW w:w="3402" w:type="dxa"/>
          </w:tcPr>
          <w:p w14:paraId="0CE7B3FF" w14:textId="77777777" w:rsidR="00D83457" w:rsidRPr="0010156A" w:rsidRDefault="00D83457" w:rsidP="00D83457">
            <w:pPr>
              <w:rPr>
                <w:lang w:val="es-CR"/>
              </w:rPr>
            </w:pPr>
            <w:r w:rsidRPr="0010156A">
              <w:rPr>
                <w:lang w:val="es-CR"/>
              </w:rPr>
              <w:t>Escuela de Educación Física y Deportes</w:t>
            </w:r>
          </w:p>
        </w:tc>
        <w:tc>
          <w:tcPr>
            <w:tcW w:w="2976" w:type="dxa"/>
          </w:tcPr>
          <w:p w14:paraId="2FF0F28A" w14:textId="77777777" w:rsidR="00D83457" w:rsidRPr="0010156A" w:rsidRDefault="00D83457" w:rsidP="00D83457">
            <w:r w:rsidRPr="0010156A">
              <w:t>Zeidy Morales Álvarez</w:t>
            </w:r>
          </w:p>
        </w:tc>
        <w:tc>
          <w:tcPr>
            <w:tcW w:w="1276" w:type="dxa"/>
          </w:tcPr>
          <w:p w14:paraId="499554C0" w14:textId="77777777" w:rsidR="00D83457" w:rsidRPr="0010156A" w:rsidRDefault="00D83457" w:rsidP="00D83457">
            <w:r w:rsidRPr="0010156A">
              <w:t>2511-2938</w:t>
            </w:r>
          </w:p>
        </w:tc>
        <w:tc>
          <w:tcPr>
            <w:tcW w:w="3686" w:type="dxa"/>
          </w:tcPr>
          <w:p w14:paraId="00E12192" w14:textId="77777777" w:rsidR="00D83457" w:rsidRPr="0010156A" w:rsidRDefault="00D83457" w:rsidP="00D83457">
            <w:r w:rsidRPr="0010156A">
              <w:t>zeidy.morales@ucr.ac.cr</w:t>
            </w:r>
          </w:p>
        </w:tc>
      </w:tr>
      <w:tr w:rsidR="00D83457" w:rsidRPr="0010156A" w14:paraId="6C5D2C53" w14:textId="77777777" w:rsidTr="00D83457">
        <w:tc>
          <w:tcPr>
            <w:tcW w:w="988" w:type="dxa"/>
            <w:shd w:val="clear" w:color="auto" w:fill="F2F2F2"/>
          </w:tcPr>
          <w:p w14:paraId="1D1BCE63" w14:textId="77777777" w:rsidR="00D83457" w:rsidRPr="0010156A" w:rsidRDefault="00D83457" w:rsidP="00D83457">
            <w:r w:rsidRPr="0010156A">
              <w:t>Finca 3</w:t>
            </w:r>
          </w:p>
        </w:tc>
        <w:tc>
          <w:tcPr>
            <w:tcW w:w="3402" w:type="dxa"/>
            <w:shd w:val="clear" w:color="auto" w:fill="F2F2F2"/>
          </w:tcPr>
          <w:p w14:paraId="4EC97B8A" w14:textId="77777777" w:rsidR="00D83457" w:rsidRPr="0010156A" w:rsidRDefault="00D83457" w:rsidP="00D83457">
            <w:pPr>
              <w:rPr>
                <w:lang w:val="es-CR"/>
              </w:rPr>
            </w:pPr>
            <w:r w:rsidRPr="0010156A">
              <w:rPr>
                <w:lang w:val="es-CR"/>
              </w:rPr>
              <w:t>Oficina de Bienestar y Salud</w:t>
            </w:r>
          </w:p>
        </w:tc>
        <w:tc>
          <w:tcPr>
            <w:tcW w:w="2976" w:type="dxa"/>
            <w:shd w:val="clear" w:color="auto" w:fill="F2F2F2"/>
          </w:tcPr>
          <w:p w14:paraId="2295333A" w14:textId="77777777" w:rsidR="00D83457" w:rsidRPr="0010156A" w:rsidRDefault="00D83457" w:rsidP="00D83457">
            <w:r w:rsidRPr="0010156A">
              <w:t>Lucrecia Munguía Molina</w:t>
            </w:r>
          </w:p>
        </w:tc>
        <w:tc>
          <w:tcPr>
            <w:tcW w:w="1276" w:type="dxa"/>
            <w:shd w:val="clear" w:color="auto" w:fill="F2F2F2"/>
          </w:tcPr>
          <w:p w14:paraId="50DB0698" w14:textId="77777777" w:rsidR="00D83457" w:rsidRPr="0010156A" w:rsidRDefault="00D83457" w:rsidP="00D83457">
            <w:r w:rsidRPr="0010156A">
              <w:t>2511-5748</w:t>
            </w:r>
          </w:p>
        </w:tc>
        <w:tc>
          <w:tcPr>
            <w:tcW w:w="3686" w:type="dxa"/>
            <w:shd w:val="clear" w:color="auto" w:fill="F2F2F2"/>
          </w:tcPr>
          <w:p w14:paraId="7D98DCD7" w14:textId="77777777" w:rsidR="00D83457" w:rsidRPr="0010156A" w:rsidRDefault="00D83457" w:rsidP="00D83457">
            <w:r w:rsidRPr="0010156A">
              <w:t>lucrecia.munguia@ucr.ac.cr</w:t>
            </w:r>
          </w:p>
        </w:tc>
      </w:tr>
      <w:tr w:rsidR="00D83457" w:rsidRPr="0010156A" w14:paraId="489071AB" w14:textId="77777777" w:rsidTr="00D83457">
        <w:tc>
          <w:tcPr>
            <w:tcW w:w="988" w:type="dxa"/>
          </w:tcPr>
          <w:p w14:paraId="4D7A4EAF" w14:textId="77777777" w:rsidR="00D83457" w:rsidRPr="0010156A" w:rsidRDefault="00D83457" w:rsidP="00D83457">
            <w:r w:rsidRPr="0010156A">
              <w:lastRenderedPageBreak/>
              <w:t>Fuera de SRF</w:t>
            </w:r>
          </w:p>
        </w:tc>
        <w:tc>
          <w:tcPr>
            <w:tcW w:w="3402" w:type="dxa"/>
          </w:tcPr>
          <w:p w14:paraId="68296404" w14:textId="77777777" w:rsidR="00D83457" w:rsidRPr="0010156A" w:rsidRDefault="00D83457" w:rsidP="00D83457">
            <w:r w:rsidRPr="0010156A">
              <w:t>Instituto Clodomiro Picado</w:t>
            </w:r>
          </w:p>
        </w:tc>
        <w:tc>
          <w:tcPr>
            <w:tcW w:w="2976" w:type="dxa"/>
          </w:tcPr>
          <w:p w14:paraId="16EEE27E" w14:textId="77777777" w:rsidR="00D83457" w:rsidRPr="0010156A" w:rsidRDefault="00D83457" w:rsidP="00D83457">
            <w:r w:rsidRPr="0010156A">
              <w:t>Vivian González Irarragorry</w:t>
            </w:r>
          </w:p>
        </w:tc>
        <w:tc>
          <w:tcPr>
            <w:tcW w:w="1276" w:type="dxa"/>
          </w:tcPr>
          <w:p w14:paraId="6573CAF8" w14:textId="77777777" w:rsidR="00D83457" w:rsidRPr="0010156A" w:rsidRDefault="00D83457" w:rsidP="00D83457">
            <w:r w:rsidRPr="0010156A">
              <w:t>2511-7861</w:t>
            </w:r>
          </w:p>
        </w:tc>
        <w:tc>
          <w:tcPr>
            <w:tcW w:w="3686" w:type="dxa"/>
          </w:tcPr>
          <w:p w14:paraId="263E8C13" w14:textId="77777777" w:rsidR="00D83457" w:rsidRPr="0010156A" w:rsidRDefault="00D83457" w:rsidP="00D83457">
            <w:r w:rsidRPr="0010156A">
              <w:t>vivian.gonzalezirarragorry@ucr.ac.cr</w:t>
            </w:r>
          </w:p>
        </w:tc>
      </w:tr>
      <w:tr w:rsidR="00D83457" w:rsidRPr="0010156A" w14:paraId="3B2E1CE0" w14:textId="77777777" w:rsidTr="00D83457">
        <w:tc>
          <w:tcPr>
            <w:tcW w:w="988" w:type="dxa"/>
            <w:shd w:val="clear" w:color="auto" w:fill="F2F2F2"/>
          </w:tcPr>
          <w:p w14:paraId="686592DF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  <w:shd w:val="clear" w:color="auto" w:fill="F2F2F2"/>
          </w:tcPr>
          <w:p w14:paraId="1BC0687B" w14:textId="77777777" w:rsidR="00D83457" w:rsidRPr="0010156A" w:rsidRDefault="00D83457" w:rsidP="00D83457">
            <w:r w:rsidRPr="0010156A">
              <w:t>Recinto de Grecia</w:t>
            </w:r>
          </w:p>
        </w:tc>
        <w:tc>
          <w:tcPr>
            <w:tcW w:w="2976" w:type="dxa"/>
            <w:shd w:val="clear" w:color="auto" w:fill="F2F2F2"/>
          </w:tcPr>
          <w:p w14:paraId="3F74E6A3" w14:textId="77777777" w:rsidR="00D83457" w:rsidRPr="0010156A" w:rsidRDefault="00D83457" w:rsidP="00D83457">
            <w:r w:rsidRPr="0010156A">
              <w:t>Yorleny Umaña</w:t>
            </w:r>
          </w:p>
        </w:tc>
        <w:tc>
          <w:tcPr>
            <w:tcW w:w="1276" w:type="dxa"/>
            <w:shd w:val="clear" w:color="auto" w:fill="F2F2F2"/>
          </w:tcPr>
          <w:p w14:paraId="02C0DEA6" w14:textId="77777777" w:rsidR="00D83457" w:rsidRPr="0010156A" w:rsidRDefault="00D83457" w:rsidP="00D83457">
            <w:r w:rsidRPr="0010156A">
              <w:t>2511-7503</w:t>
            </w:r>
          </w:p>
        </w:tc>
        <w:tc>
          <w:tcPr>
            <w:tcW w:w="3686" w:type="dxa"/>
            <w:shd w:val="clear" w:color="auto" w:fill="F2F2F2"/>
          </w:tcPr>
          <w:p w14:paraId="3C2A3B34" w14:textId="77777777" w:rsidR="00D83457" w:rsidRPr="0010156A" w:rsidRDefault="00D83457" w:rsidP="00D83457">
            <w:r w:rsidRPr="0010156A">
              <w:t>yorleny.umana@ucr.ac.cr</w:t>
            </w:r>
          </w:p>
        </w:tc>
      </w:tr>
      <w:tr w:rsidR="00D83457" w:rsidRPr="0010156A" w14:paraId="28A0551C" w14:textId="77777777" w:rsidTr="00D83457">
        <w:tc>
          <w:tcPr>
            <w:tcW w:w="988" w:type="dxa"/>
          </w:tcPr>
          <w:p w14:paraId="731685D4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</w:tcPr>
          <w:p w14:paraId="421908A8" w14:textId="77777777" w:rsidR="00D83457" w:rsidRPr="0010156A" w:rsidRDefault="00D83457" w:rsidP="00D83457">
            <w:r w:rsidRPr="0010156A">
              <w:t>Recinto de Paraíso</w:t>
            </w:r>
          </w:p>
        </w:tc>
        <w:tc>
          <w:tcPr>
            <w:tcW w:w="2976" w:type="dxa"/>
          </w:tcPr>
          <w:p w14:paraId="556DEB93" w14:textId="77777777" w:rsidR="00D83457" w:rsidRPr="0010156A" w:rsidRDefault="00D83457" w:rsidP="00D83457">
            <w:r w:rsidRPr="0010156A">
              <w:t>Saúl Hernández Elizondo</w:t>
            </w:r>
          </w:p>
        </w:tc>
        <w:tc>
          <w:tcPr>
            <w:tcW w:w="1276" w:type="dxa"/>
          </w:tcPr>
          <w:p w14:paraId="74F3385F" w14:textId="77777777" w:rsidR="00D83457" w:rsidRPr="0010156A" w:rsidRDefault="00D83457" w:rsidP="00D83457">
            <w:r w:rsidRPr="0010156A">
              <w:t>2511-7551</w:t>
            </w:r>
          </w:p>
        </w:tc>
        <w:tc>
          <w:tcPr>
            <w:tcW w:w="3686" w:type="dxa"/>
          </w:tcPr>
          <w:p w14:paraId="31C689C7" w14:textId="77777777" w:rsidR="00D83457" w:rsidRPr="0010156A" w:rsidRDefault="00D83457" w:rsidP="00D83457">
            <w:r w:rsidRPr="0010156A">
              <w:t>saul.hernandezelizondo@ucr.ac.cr</w:t>
            </w:r>
          </w:p>
        </w:tc>
      </w:tr>
      <w:tr w:rsidR="00D83457" w:rsidRPr="0010156A" w14:paraId="0DC5DAAC" w14:textId="77777777" w:rsidTr="00D83457">
        <w:tc>
          <w:tcPr>
            <w:tcW w:w="988" w:type="dxa"/>
            <w:shd w:val="clear" w:color="auto" w:fill="F2F2F2"/>
          </w:tcPr>
          <w:p w14:paraId="29EDE765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  <w:shd w:val="clear" w:color="auto" w:fill="F2F2F2"/>
          </w:tcPr>
          <w:p w14:paraId="26D2C777" w14:textId="77777777" w:rsidR="00D83457" w:rsidRPr="0010156A" w:rsidRDefault="00D83457" w:rsidP="00D83457">
            <w:r w:rsidRPr="0010156A">
              <w:t>Recinto San Ramón</w:t>
            </w:r>
          </w:p>
        </w:tc>
        <w:tc>
          <w:tcPr>
            <w:tcW w:w="2976" w:type="dxa"/>
            <w:shd w:val="clear" w:color="auto" w:fill="F2F2F2"/>
          </w:tcPr>
          <w:p w14:paraId="7F3AD56D" w14:textId="77777777" w:rsidR="00D83457" w:rsidRPr="0010156A" w:rsidRDefault="00D83457" w:rsidP="00D83457">
            <w:r w:rsidRPr="0010156A">
              <w:t>Adriana Jiménez Fuentes</w:t>
            </w:r>
          </w:p>
        </w:tc>
        <w:tc>
          <w:tcPr>
            <w:tcW w:w="1276" w:type="dxa"/>
            <w:shd w:val="clear" w:color="auto" w:fill="F2F2F2"/>
          </w:tcPr>
          <w:p w14:paraId="0F1AB574" w14:textId="77777777" w:rsidR="00D83457" w:rsidRPr="0010156A" w:rsidRDefault="00D83457" w:rsidP="00D83457">
            <w:r w:rsidRPr="0010156A">
              <w:t>2511-7083</w:t>
            </w:r>
          </w:p>
        </w:tc>
        <w:tc>
          <w:tcPr>
            <w:tcW w:w="3686" w:type="dxa"/>
            <w:shd w:val="clear" w:color="auto" w:fill="F2F2F2"/>
          </w:tcPr>
          <w:p w14:paraId="0EAFEA8D" w14:textId="77777777" w:rsidR="00D83457" w:rsidRPr="0010156A" w:rsidRDefault="00D83457" w:rsidP="00D83457">
            <w:r w:rsidRPr="0010156A">
              <w:t>adriana.jimenezfuentes@ucr.ac.cr</w:t>
            </w:r>
          </w:p>
        </w:tc>
      </w:tr>
      <w:tr w:rsidR="00D83457" w:rsidRPr="0010156A" w14:paraId="7379D851" w14:textId="77777777" w:rsidTr="00D83457">
        <w:tc>
          <w:tcPr>
            <w:tcW w:w="988" w:type="dxa"/>
          </w:tcPr>
          <w:p w14:paraId="7A62BBD7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</w:tcPr>
          <w:p w14:paraId="38CD329F" w14:textId="77777777" w:rsidR="00D83457" w:rsidRPr="0010156A" w:rsidRDefault="00D83457" w:rsidP="00D83457">
            <w:r w:rsidRPr="0010156A">
              <w:t>Sede del Atlántico</w:t>
            </w:r>
          </w:p>
        </w:tc>
        <w:tc>
          <w:tcPr>
            <w:tcW w:w="2976" w:type="dxa"/>
          </w:tcPr>
          <w:p w14:paraId="331BDFFE" w14:textId="77777777" w:rsidR="00D83457" w:rsidRPr="0010156A" w:rsidRDefault="00D83457" w:rsidP="00D83457">
            <w:r w:rsidRPr="0010156A">
              <w:t>Karol Hidalgo Arias</w:t>
            </w:r>
          </w:p>
        </w:tc>
        <w:tc>
          <w:tcPr>
            <w:tcW w:w="1276" w:type="dxa"/>
          </w:tcPr>
          <w:p w14:paraId="4F6CF222" w14:textId="77777777" w:rsidR="00D83457" w:rsidRPr="0010156A" w:rsidRDefault="00D83457" w:rsidP="00D83457">
            <w:r w:rsidRPr="0010156A">
              <w:t>2511-9213</w:t>
            </w:r>
          </w:p>
        </w:tc>
        <w:tc>
          <w:tcPr>
            <w:tcW w:w="3686" w:type="dxa"/>
          </w:tcPr>
          <w:p w14:paraId="2191DA8B" w14:textId="77777777" w:rsidR="00D83457" w:rsidRPr="0010156A" w:rsidRDefault="00D83457" w:rsidP="00D83457">
            <w:r w:rsidRPr="0010156A">
              <w:t>karol.hidalgo@ucr.ac.cr</w:t>
            </w:r>
          </w:p>
        </w:tc>
      </w:tr>
      <w:tr w:rsidR="00D83457" w:rsidRPr="0010156A" w14:paraId="7F2F2B44" w14:textId="77777777" w:rsidTr="00D83457">
        <w:tc>
          <w:tcPr>
            <w:tcW w:w="988" w:type="dxa"/>
            <w:shd w:val="clear" w:color="auto" w:fill="F2F2F2"/>
          </w:tcPr>
          <w:p w14:paraId="246C82C1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  <w:shd w:val="clear" w:color="auto" w:fill="F2F2F2"/>
          </w:tcPr>
          <w:p w14:paraId="71E0EC2B" w14:textId="77777777" w:rsidR="00D83457" w:rsidRPr="0010156A" w:rsidRDefault="00D83457" w:rsidP="00D83457">
            <w:r w:rsidRPr="0010156A">
              <w:t>Sede del Sur</w:t>
            </w:r>
          </w:p>
        </w:tc>
        <w:tc>
          <w:tcPr>
            <w:tcW w:w="2976" w:type="dxa"/>
            <w:shd w:val="clear" w:color="auto" w:fill="F2F2F2"/>
          </w:tcPr>
          <w:p w14:paraId="5CD12774" w14:textId="77777777" w:rsidR="00D83457" w:rsidRPr="0010156A" w:rsidRDefault="00D83457" w:rsidP="00D83457">
            <w:r w:rsidRPr="0010156A">
              <w:t>Luis Carlos Núñez Masís</w:t>
            </w:r>
          </w:p>
        </w:tc>
        <w:tc>
          <w:tcPr>
            <w:tcW w:w="1276" w:type="dxa"/>
            <w:shd w:val="clear" w:color="auto" w:fill="F2F2F2"/>
          </w:tcPr>
          <w:p w14:paraId="5EE37477" w14:textId="77777777" w:rsidR="00D83457" w:rsidRPr="0010156A" w:rsidRDefault="00D83457" w:rsidP="00D83457">
            <w:r w:rsidRPr="0010156A">
              <w:t>2511-7701</w:t>
            </w:r>
          </w:p>
        </w:tc>
        <w:tc>
          <w:tcPr>
            <w:tcW w:w="3686" w:type="dxa"/>
            <w:shd w:val="clear" w:color="auto" w:fill="F2F2F2"/>
          </w:tcPr>
          <w:p w14:paraId="56F7E593" w14:textId="77777777" w:rsidR="00D83457" w:rsidRPr="0010156A" w:rsidRDefault="00D83457" w:rsidP="00D83457">
            <w:r w:rsidRPr="0010156A">
              <w:t>luiscarlos.nunez@ucr.ac.cr</w:t>
            </w:r>
          </w:p>
        </w:tc>
      </w:tr>
      <w:tr w:rsidR="00D83457" w:rsidRPr="0010156A" w14:paraId="4D86E3E3" w14:textId="77777777" w:rsidTr="00D83457">
        <w:tc>
          <w:tcPr>
            <w:tcW w:w="988" w:type="dxa"/>
          </w:tcPr>
          <w:p w14:paraId="4F9BBB00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</w:tcPr>
          <w:p w14:paraId="2461CD09" w14:textId="77777777" w:rsidR="00D83457" w:rsidRPr="0010156A" w:rsidRDefault="00D83457" w:rsidP="00D83457">
            <w:r w:rsidRPr="0010156A">
              <w:t>Sede Guanacaste</w:t>
            </w:r>
          </w:p>
        </w:tc>
        <w:tc>
          <w:tcPr>
            <w:tcW w:w="2976" w:type="dxa"/>
          </w:tcPr>
          <w:p w14:paraId="5703AA89" w14:textId="77777777" w:rsidR="00D83457" w:rsidRPr="0010156A" w:rsidRDefault="00D83457" w:rsidP="00D83457">
            <w:r w:rsidRPr="0010156A">
              <w:t>Karol Navarro Bustos</w:t>
            </w:r>
          </w:p>
        </w:tc>
        <w:tc>
          <w:tcPr>
            <w:tcW w:w="1276" w:type="dxa"/>
          </w:tcPr>
          <w:p w14:paraId="42B2228F" w14:textId="77777777" w:rsidR="00D83457" w:rsidRPr="0010156A" w:rsidRDefault="00D83457" w:rsidP="00D83457">
            <w:r w:rsidRPr="0010156A">
              <w:t>2511-9441</w:t>
            </w:r>
          </w:p>
        </w:tc>
        <w:tc>
          <w:tcPr>
            <w:tcW w:w="3686" w:type="dxa"/>
          </w:tcPr>
          <w:p w14:paraId="46E4AB27" w14:textId="77777777" w:rsidR="00D83457" w:rsidRPr="0010156A" w:rsidRDefault="00D83457" w:rsidP="00D83457">
            <w:r w:rsidRPr="0010156A">
              <w:t>jefaturaadministrativa.sg@ucr.ac.cr</w:t>
            </w:r>
          </w:p>
        </w:tc>
      </w:tr>
      <w:tr w:rsidR="00D83457" w:rsidRPr="0010156A" w14:paraId="1E46385E" w14:textId="77777777" w:rsidTr="00D83457">
        <w:tc>
          <w:tcPr>
            <w:tcW w:w="988" w:type="dxa"/>
            <w:shd w:val="clear" w:color="auto" w:fill="F2F2F2"/>
          </w:tcPr>
          <w:p w14:paraId="4AE16ACF" w14:textId="77777777" w:rsidR="00D83457" w:rsidRPr="0010156A" w:rsidRDefault="00D83457" w:rsidP="00D83457">
            <w:r w:rsidRPr="0010156A">
              <w:t>Fuera de SRF</w:t>
            </w:r>
          </w:p>
        </w:tc>
        <w:tc>
          <w:tcPr>
            <w:tcW w:w="3402" w:type="dxa"/>
            <w:shd w:val="clear" w:color="auto" w:fill="F2F2F2"/>
          </w:tcPr>
          <w:p w14:paraId="44CB5DE4" w14:textId="77777777" w:rsidR="00D83457" w:rsidRPr="0010156A" w:rsidRDefault="00D83457" w:rsidP="00D83457">
            <w:r w:rsidRPr="0010156A">
              <w:t>Sede Interuniversitaria Alajuela</w:t>
            </w:r>
          </w:p>
        </w:tc>
        <w:tc>
          <w:tcPr>
            <w:tcW w:w="2976" w:type="dxa"/>
            <w:shd w:val="clear" w:color="auto" w:fill="F2F2F2"/>
          </w:tcPr>
          <w:p w14:paraId="48DDD3BC" w14:textId="77777777" w:rsidR="00D83457" w:rsidRPr="0010156A" w:rsidRDefault="00D83457" w:rsidP="00D83457">
            <w:r w:rsidRPr="0010156A">
              <w:t>Johanna Arce Ramírez</w:t>
            </w:r>
          </w:p>
        </w:tc>
        <w:tc>
          <w:tcPr>
            <w:tcW w:w="1276" w:type="dxa"/>
            <w:shd w:val="clear" w:color="auto" w:fill="F2F2F2"/>
          </w:tcPr>
          <w:p w14:paraId="0110C052" w14:textId="77777777" w:rsidR="00D83457" w:rsidRPr="0010156A" w:rsidRDefault="00D83457" w:rsidP="00D83457">
            <w:r w:rsidRPr="0010156A">
              <w:t>2511-7963</w:t>
            </w:r>
          </w:p>
        </w:tc>
        <w:tc>
          <w:tcPr>
            <w:tcW w:w="3686" w:type="dxa"/>
            <w:shd w:val="clear" w:color="auto" w:fill="F2F2F2"/>
          </w:tcPr>
          <w:p w14:paraId="7AAEC847" w14:textId="77777777" w:rsidR="00D83457" w:rsidRPr="0010156A" w:rsidRDefault="00D83457" w:rsidP="00D83457">
            <w:r w:rsidRPr="0010156A">
              <w:t>johanna.arceramirez@ucr.ac.cr</w:t>
            </w:r>
          </w:p>
        </w:tc>
      </w:tr>
    </w:tbl>
    <w:p w14:paraId="1E95E388" w14:textId="70959B4D" w:rsidR="0010156A" w:rsidRDefault="0010156A" w:rsidP="0010156A">
      <w:pPr>
        <w:pStyle w:val="Piedepgina"/>
        <w:rPr>
          <w:lang w:val="es-CR"/>
        </w:rPr>
      </w:pPr>
      <w:r w:rsidRPr="0010156A">
        <w:rPr>
          <w:b/>
          <w:bCs/>
          <w:lang w:val="es-CR"/>
        </w:rPr>
        <w:t>Fuente</w:t>
      </w:r>
      <w:r w:rsidR="00DD6430">
        <w:rPr>
          <w:b/>
          <w:bCs/>
          <w:lang w:val="es-CR"/>
        </w:rPr>
        <w:t>s</w:t>
      </w:r>
      <w:r w:rsidRPr="0010156A">
        <w:rPr>
          <w:b/>
          <w:bCs/>
          <w:lang w:val="es-CR"/>
        </w:rPr>
        <w:t>:</w:t>
      </w:r>
      <w:r w:rsidRPr="0010156A">
        <w:rPr>
          <w:lang w:val="es-CR"/>
        </w:rPr>
        <w:t xml:space="preserve"> Vicerrectoría de Administración, Sección de Analítica y Gestión de la Información. (nov. 2025). </w:t>
      </w:r>
      <w:r w:rsidRPr="0010156A">
        <w:rPr>
          <w:i/>
          <w:iCs/>
          <w:lang w:val="es-CR"/>
        </w:rPr>
        <w:t>Diagnóstico sobre espacios de lactancia en la Universidad de Costa Rica, Anexo 1: Unidades que respondieron el formulario</w:t>
      </w:r>
      <w:r w:rsidRPr="0010156A">
        <w:rPr>
          <w:lang w:val="es-CR"/>
        </w:rPr>
        <w:t>.</w:t>
      </w:r>
      <w:r w:rsidR="00DD6430">
        <w:rPr>
          <w:lang w:val="es-CR"/>
        </w:rPr>
        <w:t xml:space="preserve"> Oficina </w:t>
      </w:r>
      <w:r w:rsidR="00D34BC5">
        <w:rPr>
          <w:lang w:val="es-CR"/>
        </w:rPr>
        <w:t>de Servicios</w:t>
      </w:r>
      <w:r w:rsidR="00DD6430">
        <w:rPr>
          <w:lang w:val="es-CR"/>
        </w:rPr>
        <w:t xml:space="preserve"> Generales,</w:t>
      </w:r>
      <w:r w:rsidRPr="0010156A">
        <w:rPr>
          <w:lang w:val="es-CR"/>
        </w:rPr>
        <w:t xml:space="preserve"> </w:t>
      </w:r>
      <w:r w:rsidR="00DD6430">
        <w:rPr>
          <w:lang w:val="es-CR"/>
        </w:rPr>
        <w:t>Sección de Mantenimiento.</w:t>
      </w:r>
    </w:p>
    <w:p w14:paraId="378025C5" w14:textId="77777777" w:rsidR="00E22C1F" w:rsidRDefault="00E22C1F" w:rsidP="0010156A">
      <w:pPr>
        <w:pStyle w:val="Piedepgina"/>
        <w:rPr>
          <w:lang w:val="es-CR"/>
        </w:rPr>
      </w:pPr>
    </w:p>
    <w:p w14:paraId="0E9A0B2C" w14:textId="41EC352A" w:rsidR="00E22C1F" w:rsidRPr="0010156A" w:rsidRDefault="00E22C1F" w:rsidP="0010156A">
      <w:pPr>
        <w:pStyle w:val="Piedepgina"/>
        <w:rPr>
          <w:lang w:val="es-CR"/>
        </w:rPr>
      </w:pPr>
      <w:r>
        <w:rPr>
          <w:lang w:val="es-CR"/>
        </w:rPr>
        <w:t>Actualizado 20.02.2026</w:t>
      </w:r>
    </w:p>
    <w:p w14:paraId="290106B5" w14:textId="4093B803" w:rsidR="0010156A" w:rsidRPr="0010156A" w:rsidRDefault="00382069" w:rsidP="0010156A">
      <w:pPr>
        <w:pStyle w:val="Piedepgina"/>
        <w:rPr>
          <w:lang w:val="es-CR"/>
        </w:rPr>
      </w:pPr>
      <w:r>
        <w:rPr>
          <w:noProof/>
        </w:rPr>
        <w:lastRenderedPageBreak/>
        <w:drawing>
          <wp:inline distT="0" distB="0" distL="0" distR="0" wp14:anchorId="07676F80" wp14:editId="4E196DBD">
            <wp:extent cx="8117205" cy="5486400"/>
            <wp:effectExtent l="0" t="0" r="0" b="0"/>
            <wp:docPr id="961575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720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2BFE0" w14:textId="73C3C5FD" w:rsidR="0010156A" w:rsidRPr="0010156A" w:rsidRDefault="00382069">
      <w:pPr>
        <w:rPr>
          <w:lang w:val="es-CR"/>
        </w:rPr>
      </w:pPr>
      <w:r>
        <w:rPr>
          <w:noProof/>
        </w:rPr>
        <w:lastRenderedPageBreak/>
        <w:drawing>
          <wp:inline distT="0" distB="0" distL="0" distR="0" wp14:anchorId="145A7DBA" wp14:editId="018EE70F">
            <wp:extent cx="8117205" cy="5486400"/>
            <wp:effectExtent l="0" t="0" r="0" b="0"/>
            <wp:docPr id="173548438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720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CR"/>
        </w:rPr>
        <w:lastRenderedPageBreak/>
        <w:drawing>
          <wp:inline distT="0" distB="0" distL="0" distR="0" wp14:anchorId="388F7126" wp14:editId="03F77422">
            <wp:extent cx="8117840" cy="5486400"/>
            <wp:effectExtent l="0" t="0" r="0" b="0"/>
            <wp:docPr id="140685476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854767" name="Imagen 140685476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784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156A" w:rsidRPr="0010156A" w:rsidSect="00B42D74">
      <w:headerReference w:type="default" r:id="rId11"/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DCEC61" w14:textId="77777777" w:rsidR="0004607C" w:rsidRDefault="0004607C">
      <w:pPr>
        <w:spacing w:after="0" w:line="240" w:lineRule="auto"/>
      </w:pPr>
      <w:r>
        <w:separator/>
      </w:r>
    </w:p>
  </w:endnote>
  <w:endnote w:type="continuationSeparator" w:id="0">
    <w:p w14:paraId="0ED9914C" w14:textId="77777777" w:rsidR="0004607C" w:rsidRDefault="000460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10D5C2" w14:textId="77777777" w:rsidR="0004607C" w:rsidRDefault="0004607C">
      <w:pPr>
        <w:spacing w:after="0" w:line="240" w:lineRule="auto"/>
      </w:pPr>
      <w:r>
        <w:separator/>
      </w:r>
    </w:p>
  </w:footnote>
  <w:footnote w:type="continuationSeparator" w:id="0">
    <w:p w14:paraId="6AF055C8" w14:textId="77777777" w:rsidR="0004607C" w:rsidRDefault="000460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29F708" w14:textId="0221B989" w:rsidR="00725CD2" w:rsidRDefault="00382069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81D4819" wp14:editId="3AD0A4EA">
          <wp:simplePos x="0" y="0"/>
          <wp:positionH relativeFrom="margin">
            <wp:posOffset>6608445</wp:posOffset>
          </wp:positionH>
          <wp:positionV relativeFrom="margin">
            <wp:posOffset>-1005205</wp:posOffset>
          </wp:positionV>
          <wp:extent cx="1097280" cy="762517"/>
          <wp:effectExtent l="0" t="0" r="762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RA-vicerrectoria-administracion-vertical (2) (1)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97280" cy="7625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tbl>
    <w:tblPr>
      <w:tblW w:w="0" w:type="auto"/>
      <w:tblLook w:val="04A0" w:firstRow="1" w:lastRow="0" w:firstColumn="1" w:lastColumn="0" w:noHBand="0" w:noVBand="1"/>
    </w:tblPr>
    <w:tblGrid>
      <w:gridCol w:w="4680"/>
      <w:gridCol w:w="4680"/>
    </w:tblGrid>
    <w:tr w:rsidR="00725CD2" w14:paraId="2BDFEEA5" w14:textId="77777777">
      <w:tc>
        <w:tcPr>
          <w:tcW w:w="4680" w:type="dxa"/>
        </w:tcPr>
        <w:p w14:paraId="45F6E0B3" w14:textId="77777777" w:rsidR="00725CD2" w:rsidRDefault="00000000">
          <w:r>
            <w:rPr>
              <w:noProof/>
            </w:rPr>
            <w:drawing>
              <wp:inline distT="0" distB="0" distL="0" distR="0" wp14:anchorId="437AE421" wp14:editId="5C8EAA04">
                <wp:extent cx="1645920" cy="853586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firma-horizontal-dos-lineas-cmky.png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920" cy="8535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80" w:type="dxa"/>
        </w:tcPr>
        <w:p w14:paraId="2B16FC75" w14:textId="48BFD380" w:rsidR="00725CD2" w:rsidRDefault="00725CD2"/>
      </w:tc>
    </w:tr>
  </w:tbl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68764728">
    <w:abstractNumId w:val="8"/>
  </w:num>
  <w:num w:numId="2" w16cid:durableId="577255794">
    <w:abstractNumId w:val="6"/>
  </w:num>
  <w:num w:numId="3" w16cid:durableId="842013980">
    <w:abstractNumId w:val="5"/>
  </w:num>
  <w:num w:numId="4" w16cid:durableId="1468014527">
    <w:abstractNumId w:val="4"/>
  </w:num>
  <w:num w:numId="5" w16cid:durableId="1350452854">
    <w:abstractNumId w:val="7"/>
  </w:num>
  <w:num w:numId="6" w16cid:durableId="1788350065">
    <w:abstractNumId w:val="3"/>
  </w:num>
  <w:num w:numId="7" w16cid:durableId="1998607384">
    <w:abstractNumId w:val="2"/>
  </w:num>
  <w:num w:numId="8" w16cid:durableId="1889796870">
    <w:abstractNumId w:val="1"/>
  </w:num>
  <w:num w:numId="9" w16cid:durableId="11901004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4607C"/>
    <w:rsid w:val="0006063C"/>
    <w:rsid w:val="0010156A"/>
    <w:rsid w:val="0015074B"/>
    <w:rsid w:val="0029639D"/>
    <w:rsid w:val="00310413"/>
    <w:rsid w:val="00326F90"/>
    <w:rsid w:val="00382069"/>
    <w:rsid w:val="00416DD5"/>
    <w:rsid w:val="004F0F2D"/>
    <w:rsid w:val="005060F8"/>
    <w:rsid w:val="005963A0"/>
    <w:rsid w:val="006B02AE"/>
    <w:rsid w:val="006C431D"/>
    <w:rsid w:val="00725CD2"/>
    <w:rsid w:val="00741406"/>
    <w:rsid w:val="007C6C7C"/>
    <w:rsid w:val="00854A5C"/>
    <w:rsid w:val="0086312B"/>
    <w:rsid w:val="00935496"/>
    <w:rsid w:val="00A00ACD"/>
    <w:rsid w:val="00A9436B"/>
    <w:rsid w:val="00AA1D8D"/>
    <w:rsid w:val="00AA7665"/>
    <w:rsid w:val="00B008FF"/>
    <w:rsid w:val="00B42D74"/>
    <w:rsid w:val="00B47730"/>
    <w:rsid w:val="00C73516"/>
    <w:rsid w:val="00CB0664"/>
    <w:rsid w:val="00D30FA6"/>
    <w:rsid w:val="00D34BC5"/>
    <w:rsid w:val="00D814C4"/>
    <w:rsid w:val="00D83457"/>
    <w:rsid w:val="00D91025"/>
    <w:rsid w:val="00DD6430"/>
    <w:rsid w:val="00E10D27"/>
    <w:rsid w:val="00E21930"/>
    <w:rsid w:val="00E22C1F"/>
    <w:rsid w:val="00E55D93"/>
    <w:rsid w:val="00EC3EC8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D0580F5"/>
  <w14:defaultImageDpi w14:val="300"/>
  <w15:docId w15:val="{A655344C-2405-4520-8DD0-E182FCC76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tulo1">
    <w:name w:val="heading 1"/>
    <w:basedOn w:val="Normal"/>
    <w:next w:val="Normal"/>
    <w:link w:val="Ttulo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8BF"/>
  </w:style>
  <w:style w:type="paragraph" w:styleId="Piedepgina">
    <w:name w:val="footer"/>
    <w:basedOn w:val="Normal"/>
    <w:link w:val="Piedepgina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8BF"/>
  </w:style>
  <w:style w:type="paragraph" w:styleId="Sinespaciad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rrafode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99"/>
    <w:unhideWhenUsed/>
    <w:rsid w:val="00AA1D8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AA1D8D"/>
  </w:style>
  <w:style w:type="paragraph" w:styleId="Textoindependiente2">
    <w:name w:val="Body Text 2"/>
    <w:basedOn w:val="Normal"/>
    <w:link w:val="Textoindependiente2Car"/>
    <w:uiPriority w:val="99"/>
    <w:unhideWhenUsed/>
    <w:rsid w:val="00AA1D8D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AA1D8D"/>
  </w:style>
  <w:style w:type="paragraph" w:styleId="Textoindependiente3">
    <w:name w:val="Body Text 3"/>
    <w:basedOn w:val="Normal"/>
    <w:link w:val="Textoindependien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aconvieta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aconvieta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aconvieta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aconnme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aconnme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aconnme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Continuarlista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macro">
    <w:name w:val="macro"/>
    <w:link w:val="Texto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rsid w:val="0029639D"/>
    <w:rPr>
      <w:rFonts w:ascii="Courier" w:hAnsi="Courier"/>
      <w:sz w:val="20"/>
      <w:szCs w:val="20"/>
    </w:rPr>
  </w:style>
  <w:style w:type="paragraph" w:styleId="Cita">
    <w:name w:val="Quote"/>
    <w:basedOn w:val="Normal"/>
    <w:next w:val="Normal"/>
    <w:link w:val="CitaCar"/>
    <w:uiPriority w:val="29"/>
    <w:qFormat/>
    <w:rsid w:val="00FC693F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FC693F"/>
    <w:rPr>
      <w:i/>
      <w:iCs/>
      <w:color w:val="000000" w:themeColor="text1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uerte">
    <w:name w:val="Strong"/>
    <w:basedOn w:val="Fuentedeprrafopredeter"/>
    <w:uiPriority w:val="22"/>
    <w:qFormat/>
    <w:rsid w:val="00FC693F"/>
    <w:rPr>
      <w:b/>
      <w:bCs/>
    </w:rPr>
  </w:style>
  <w:style w:type="character" w:styleId="nfasis">
    <w:name w:val="Emphasis"/>
    <w:basedOn w:val="Fuentedeprrafopredeter"/>
    <w:uiPriority w:val="20"/>
    <w:qFormat/>
    <w:rsid w:val="00FC693F"/>
    <w:rPr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C693F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FC693F"/>
    <w:rPr>
      <w:i/>
      <w:iCs/>
      <w:color w:val="808080" w:themeColor="text1" w:themeTint="7F"/>
    </w:rPr>
  </w:style>
  <w:style w:type="character" w:styleId="nfasisintenso">
    <w:name w:val="Intense Emphasis"/>
    <w:basedOn w:val="Fuentedeprrafopredeter"/>
    <w:uiPriority w:val="21"/>
    <w:qFormat/>
    <w:rsid w:val="00FC693F"/>
    <w:rPr>
      <w:b/>
      <w:bCs/>
      <w:i/>
      <w:iCs/>
      <w:color w:val="4F81BD" w:themeColor="accent1"/>
    </w:rPr>
  </w:style>
  <w:style w:type="character" w:styleId="Referenciasutil">
    <w:name w:val="Subtle Reference"/>
    <w:basedOn w:val="Fuentedeprrafopredeter"/>
    <w:uiPriority w:val="31"/>
    <w:qFormat/>
    <w:rsid w:val="00FC693F"/>
    <w:rPr>
      <w:smallCaps/>
      <w:color w:val="C0504D" w:themeColor="accent2"/>
      <w:u w:val="single"/>
    </w:rPr>
  </w:style>
  <w:style w:type="character" w:styleId="Referenciaintensa">
    <w:name w:val="Intense Reference"/>
    <w:basedOn w:val="Fuentedeprrafopredeter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C693F"/>
    <w:rPr>
      <w:b/>
      <w:bCs/>
      <w:smallCaps/>
      <w:spacing w:val="5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laconcuadrcula">
    <w:name w:val="Table Grid"/>
    <w:basedOn w:val="Tab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doclaro">
    <w:name w:val="Light Shading"/>
    <w:basedOn w:val="Tab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-nfasis2">
    <w:name w:val="Light Shading Accent 2"/>
    <w:basedOn w:val="Tab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doclaro-nfasis3">
    <w:name w:val="Light Shading Accent 3"/>
    <w:basedOn w:val="Tab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doclaro-nfasis4">
    <w:name w:val="Light Shading Accent 4"/>
    <w:basedOn w:val="Tab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doclaro-nfasis5">
    <w:name w:val="Light Shading Accent 5"/>
    <w:basedOn w:val="Tab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doclaro-nfasis6">
    <w:name w:val="Light Shading Accent 6"/>
    <w:basedOn w:val="Tab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is2">
    <w:name w:val="Light List Accent 2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is3">
    <w:name w:val="Light List Accent 3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is4">
    <w:name w:val="Light List Accent 4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is5">
    <w:name w:val="Light List Accent 5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6">
    <w:name w:val="Light List Accent 6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Cuadrculaclara">
    <w:name w:val="Light Grid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Cuadrculaclara-nfasis2">
    <w:name w:val="Light Grid Accent 2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3">
    <w:name w:val="Light Grid Accent 3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Cuadrculaclara-nfasis4">
    <w:name w:val="Light Grid Accent 4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Cuadrculaclara-nfasis5">
    <w:name w:val="Light Grid Accent 5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Cuadrculaclara-nfasis6">
    <w:name w:val="Light Grid Accent 6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domedio1">
    <w:name w:val="Medium Shading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">
    <w:name w:val="Medium Lis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edia1-nfasis2">
    <w:name w:val="Medium List 1 Accent 2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edia1-nfasis3">
    <w:name w:val="Medium List 1 Accent 3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edia1-nfasis4">
    <w:name w:val="Medium List 1 Accent 4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edia1-nfasis5">
    <w:name w:val="Medium List 1 Accent 5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edia1-nfasis6">
    <w:name w:val="Medium List 1 Accent 6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edia2">
    <w:name w:val="Medium Lis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Cuadrculamedia1">
    <w:name w:val="Medium Grid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media1-nfasis2">
    <w:name w:val="Medium Grid 1 Accent 2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media1-nfasis3">
    <w:name w:val="Medium Grid 1 Accent 3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media1-nfasis5">
    <w:name w:val="Medium Grid 1 Accent 5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media1-nfasis6">
    <w:name w:val="Medium Grid 1 Accent 6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uadrculamedia2">
    <w:name w:val="Medium Grid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uadrculamedia3-nfasis2">
    <w:name w:val="Medium Grid 3 Accent 2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Cuadrculamedia3-nfasis3">
    <w:name w:val="Medium Grid 3 Accent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Cuadrculamedia3-nfasis5">
    <w:name w:val="Medium Grid 3 Accent 5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Cuadrculamedia3-nfasis6">
    <w:name w:val="Medium Grid 3 Accent 6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oscura">
    <w:name w:val="Dark List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oscura-nfasis2">
    <w:name w:val="Dark List Accent 2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oscura-nfasis3">
    <w:name w:val="Dark List Accent 3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oscura-nfasis4">
    <w:name w:val="Dark List Accent 4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oscura-nfasis5">
    <w:name w:val="Dark List Accent 5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oscura-nfasis6">
    <w:name w:val="Dark List Accent 6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dovistoso">
    <w:name w:val="Colorful Shading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vistosa">
    <w:name w:val="Colorful List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vistosa-nfasis2">
    <w:name w:val="Colorful List Accent 2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vistosa-nfasis3">
    <w:name w:val="Colorful List Accent 3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vistosa-nfasis4">
    <w:name w:val="Colorful List Accent 4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vistosa-nfasis5">
    <w:name w:val="Colorful List Accent 5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vistosa-nfasis6">
    <w:name w:val="Colorful List Accent 6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uadrculavistosa">
    <w:name w:val="Colorful Grid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6</Pages>
  <Words>540</Words>
  <Characters>3895</Characters>
  <Application>Microsoft Office Word</Application>
  <DocSecurity>0</DocSecurity>
  <Lines>299</Lines>
  <Paragraphs>233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4202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Katzy Oneal</cp:lastModifiedBy>
  <cp:revision>11</cp:revision>
  <dcterms:created xsi:type="dcterms:W3CDTF">2026-02-24T19:47:00Z</dcterms:created>
  <dcterms:modified xsi:type="dcterms:W3CDTF">2026-03-11T15:24:00Z</dcterms:modified>
  <cp:category/>
</cp:coreProperties>
</file>